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FE107" w14:textId="77777777" w:rsidR="003C07A4" w:rsidRDefault="00A96520">
      <w:pPr>
        <w:jc w:val="center"/>
      </w:pPr>
      <w:r>
        <w:rPr>
          <w:b/>
          <w:color w:val="1F4E79"/>
          <w:sz w:val="36"/>
        </w:rPr>
        <w:t>CHU UCL Namur</w:t>
      </w:r>
    </w:p>
    <w:p w14:paraId="12288DE1" w14:textId="77777777" w:rsidR="003C07A4" w:rsidRDefault="00A96520">
      <w:pPr>
        <w:spacing w:after="0"/>
        <w:jc w:val="center"/>
      </w:pPr>
      <w:r>
        <w:rPr>
          <w:b/>
          <w:color w:val="1F4E79"/>
          <w:sz w:val="42"/>
        </w:rPr>
        <w:t xml:space="preserve">Questionnaire de </w:t>
      </w:r>
      <w:proofErr w:type="spellStart"/>
      <w:r>
        <w:rPr>
          <w:b/>
          <w:color w:val="1F4E79"/>
          <w:sz w:val="42"/>
        </w:rPr>
        <w:t>préconsultation</w:t>
      </w:r>
      <w:proofErr w:type="spellEnd"/>
    </w:p>
    <w:p w14:paraId="38D7BD64" w14:textId="77777777" w:rsidR="003C07A4" w:rsidRDefault="00A96520">
      <w:pPr>
        <w:spacing w:after="200"/>
        <w:jc w:val="center"/>
      </w:pPr>
      <w:proofErr w:type="spellStart"/>
      <w:r>
        <w:rPr>
          <w:b/>
          <w:color w:val="1F4E79"/>
          <w:sz w:val="34"/>
        </w:rPr>
        <w:t>Endocrinologie</w:t>
      </w:r>
      <w:proofErr w:type="spellEnd"/>
      <w:r>
        <w:rPr>
          <w:b/>
          <w:color w:val="1F4E79"/>
          <w:sz w:val="34"/>
        </w:rPr>
        <w:t xml:space="preserve"> </w:t>
      </w:r>
      <w:proofErr w:type="spellStart"/>
      <w:r>
        <w:rPr>
          <w:b/>
          <w:color w:val="1F4E79"/>
          <w:sz w:val="34"/>
        </w:rPr>
        <w:t>pédiatrique</w:t>
      </w:r>
      <w:proofErr w:type="spellEnd"/>
      <w:r>
        <w:br/>
      </w:r>
      <w:r>
        <w:rPr>
          <w:i/>
          <w:color w:val="5A5A5A"/>
          <w:sz w:val="24"/>
        </w:rPr>
        <w:t>Sites Godinne et CMSE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C07A4" w14:paraId="7FD51251" w14:textId="77777777">
        <w:trPr>
          <w:cantSplit/>
          <w:jc w:val="center"/>
        </w:trPr>
        <w:tc>
          <w:tcPr>
            <w:tcW w:w="9866" w:type="dxa"/>
            <w:tcBorders>
              <w:top w:val="single" w:sz="8" w:space="0" w:color="D5DCE2"/>
              <w:left w:val="single" w:sz="8" w:space="0" w:color="D5DCE2"/>
              <w:bottom w:val="single" w:sz="8" w:space="0" w:color="D5DCE2"/>
              <w:right w:val="single" w:sz="8" w:space="0" w:color="D5DCE2"/>
            </w:tcBorders>
            <w:shd w:val="clear" w:color="auto" w:fill="F4F7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BA5D78" w14:textId="24DDC413" w:rsidR="003C07A4" w:rsidRDefault="00A96520">
            <w:r>
              <w:t xml:space="preserve">Merci de </w:t>
            </w:r>
            <w:proofErr w:type="spellStart"/>
            <w:r>
              <w:t>compléter</w:t>
            </w:r>
            <w:proofErr w:type="spellEnd"/>
            <w:r>
              <w:t xml:space="preserve"> </w:t>
            </w:r>
            <w:proofErr w:type="spellStart"/>
            <w:r>
              <w:t>ce</w:t>
            </w:r>
            <w:proofErr w:type="spellEnd"/>
            <w:r>
              <w:t xml:space="preserve"> questionnaire avant le premier </w:t>
            </w:r>
            <w:proofErr w:type="spellStart"/>
            <w:r>
              <w:t>rendez</w:t>
            </w:r>
            <w:proofErr w:type="spellEnd"/>
            <w:r>
              <w:t xml:space="preserve">-vous. </w:t>
            </w:r>
            <w:r w:rsidR="00A74B21">
              <w:t xml:space="preserve">Merci de le </w:t>
            </w:r>
            <w:proofErr w:type="spellStart"/>
            <w:r w:rsidR="00A74B21">
              <w:t>renvoyer</w:t>
            </w:r>
            <w:proofErr w:type="spellEnd"/>
            <w:r w:rsidR="00F71B75">
              <w:t xml:space="preserve"> </w:t>
            </w:r>
            <w:proofErr w:type="spellStart"/>
            <w:r w:rsidR="00F71B75">
              <w:t>complété</w:t>
            </w:r>
            <w:proofErr w:type="spellEnd"/>
            <w:r w:rsidR="00A74B21">
              <w:t xml:space="preserve"> au secretariat de </w:t>
            </w:r>
            <w:proofErr w:type="spellStart"/>
            <w:r w:rsidR="00A74B21">
              <w:t>pédiatrie</w:t>
            </w:r>
            <w:proofErr w:type="spellEnd"/>
            <w:r w:rsidR="00A74B21">
              <w:t xml:space="preserve"> pour la </w:t>
            </w:r>
            <w:proofErr w:type="spellStart"/>
            <w:r w:rsidR="00A74B21">
              <w:t>prise</w:t>
            </w:r>
            <w:proofErr w:type="spellEnd"/>
            <w:r w:rsidR="00A74B21">
              <w:t xml:space="preserve"> de </w:t>
            </w:r>
            <w:proofErr w:type="spellStart"/>
            <w:r w:rsidR="00A74B21">
              <w:t>rendez</w:t>
            </w:r>
            <w:proofErr w:type="spellEnd"/>
            <w:r w:rsidR="00A74B21">
              <w:t>-vous:</w:t>
            </w:r>
          </w:p>
          <w:p w14:paraId="677C61C2" w14:textId="531310E0" w:rsidR="00A74B21" w:rsidRDefault="00A74B21" w:rsidP="00A74B21">
            <w:pPr>
              <w:pStyle w:val="Paragraphedeliste"/>
              <w:numPr>
                <w:ilvl w:val="0"/>
                <w:numId w:val="10"/>
              </w:numPr>
            </w:pPr>
            <w:r>
              <w:t xml:space="preserve">CHU UCL Namur </w:t>
            </w:r>
            <w:proofErr w:type="gramStart"/>
            <w:r>
              <w:t>site  Saint</w:t>
            </w:r>
            <w:proofErr w:type="gramEnd"/>
            <w:r>
              <w:t xml:space="preserve"> </w:t>
            </w:r>
            <w:proofErr w:type="gramStart"/>
            <w:r>
              <w:t>Elisabeth :</w:t>
            </w:r>
            <w:proofErr w:type="gramEnd"/>
            <w:r>
              <w:t xml:space="preserve"> </w:t>
            </w:r>
            <w:hyperlink r:id="rId8" w:history="1">
              <w:r w:rsidRPr="00BE280A">
                <w:rPr>
                  <w:rStyle w:val="Lienhypertexte"/>
                </w:rPr>
                <w:t>secretariat.pediatrie.se@chuuclnamur.uclouvain.be</w:t>
              </w:r>
            </w:hyperlink>
          </w:p>
          <w:p w14:paraId="47897833" w14:textId="6CFAA635" w:rsidR="00A74B21" w:rsidRDefault="00A74B21" w:rsidP="00A74B21">
            <w:pPr>
              <w:pStyle w:val="Paragraphedeliste"/>
              <w:numPr>
                <w:ilvl w:val="0"/>
                <w:numId w:val="10"/>
              </w:numPr>
            </w:pPr>
            <w:r>
              <w:t xml:space="preserve">CHU UCL Namur site Godinne:  </w:t>
            </w:r>
            <w:hyperlink r:id="rId9" w:history="1">
              <w:r w:rsidRPr="00BE280A">
                <w:rPr>
                  <w:rStyle w:val="Lienhypertexte"/>
                </w:rPr>
                <w:t>secretariat.pediatrie.g@chuuclnamur.uclouvain.be</w:t>
              </w:r>
            </w:hyperlink>
          </w:p>
        </w:tc>
      </w:tr>
    </w:tbl>
    <w:p w14:paraId="2C2CACCE" w14:textId="77777777" w:rsidR="003C07A4" w:rsidRDefault="00A96520">
      <w:pPr>
        <w:jc w:val="center"/>
      </w:pPr>
      <w:r>
        <w:rPr>
          <w:i/>
          <w:color w:val="606060"/>
          <w:sz w:val="20"/>
        </w:rPr>
        <w:t xml:space="preserve">Version de travail à </w:t>
      </w:r>
      <w:proofErr w:type="spellStart"/>
      <w:r>
        <w:rPr>
          <w:i/>
          <w:color w:val="606060"/>
          <w:sz w:val="20"/>
        </w:rPr>
        <w:t>valider</w:t>
      </w:r>
      <w:proofErr w:type="spellEnd"/>
      <w:r>
        <w:rPr>
          <w:i/>
          <w:color w:val="606060"/>
          <w:sz w:val="20"/>
        </w:rPr>
        <w:t xml:space="preserve"> </w:t>
      </w:r>
      <w:proofErr w:type="spellStart"/>
      <w:r>
        <w:rPr>
          <w:i/>
          <w:color w:val="606060"/>
          <w:sz w:val="20"/>
        </w:rPr>
        <w:t>en</w:t>
      </w:r>
      <w:proofErr w:type="spellEnd"/>
      <w:r>
        <w:rPr>
          <w:i/>
          <w:color w:val="606060"/>
          <w:sz w:val="20"/>
        </w:rPr>
        <w:t xml:space="preserve"> </w:t>
      </w:r>
      <w:proofErr w:type="gramStart"/>
      <w:r>
        <w:rPr>
          <w:i/>
          <w:color w:val="606060"/>
          <w:sz w:val="20"/>
        </w:rPr>
        <w:t>interne</w:t>
      </w:r>
      <w:proofErr w:type="gram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6124"/>
        <w:gridCol w:w="115"/>
      </w:tblGrid>
      <w:tr w:rsidR="003C07A4" w14:paraId="7431307C" w14:textId="77777777">
        <w:trPr>
          <w:gridAfter w:val="1"/>
          <w:wAfter w:w="115" w:type="dxa"/>
          <w:cantSplit/>
          <w:jc w:val="center"/>
        </w:trPr>
        <w:tc>
          <w:tcPr>
            <w:tcW w:w="9866" w:type="dxa"/>
            <w:gridSpan w:val="2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EE2C95" w14:textId="77777777" w:rsidR="003C07A4" w:rsidRDefault="00A96520">
            <w:pPr>
              <w:spacing w:before="20" w:after="20"/>
            </w:pPr>
            <w:r>
              <w:rPr>
                <w:b/>
                <w:color w:val="1F4E79"/>
                <w:sz w:val="23"/>
              </w:rPr>
              <w:t xml:space="preserve">1. </w:t>
            </w:r>
            <w:proofErr w:type="spellStart"/>
            <w:r>
              <w:rPr>
                <w:b/>
                <w:color w:val="1F4E79"/>
                <w:sz w:val="23"/>
              </w:rPr>
              <w:t>Informations</w:t>
            </w:r>
            <w:proofErr w:type="spellEnd"/>
            <w:r>
              <w:rPr>
                <w:b/>
                <w:color w:val="1F4E79"/>
                <w:sz w:val="23"/>
              </w:rPr>
              <w:t xml:space="preserve"> </w:t>
            </w:r>
            <w:proofErr w:type="spellStart"/>
            <w:r>
              <w:rPr>
                <w:b/>
                <w:color w:val="1F4E79"/>
                <w:sz w:val="23"/>
              </w:rPr>
              <w:t>administratives</w:t>
            </w:r>
            <w:proofErr w:type="spellEnd"/>
            <w:r>
              <w:rPr>
                <w:b/>
                <w:color w:val="1F4E79"/>
                <w:sz w:val="23"/>
              </w:rPr>
              <w:t xml:space="preserve"> et motif de consultation</w:t>
            </w:r>
          </w:p>
        </w:tc>
      </w:tr>
      <w:tr w:rsidR="003C07A4" w14:paraId="5A46EEF4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DF584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Nom et </w:t>
            </w:r>
            <w:proofErr w:type="spellStart"/>
            <w:r>
              <w:rPr>
                <w:b/>
                <w:sz w:val="20"/>
              </w:rPr>
              <w:t>prénom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l'enfant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609527" w14:textId="0EC1F178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3F3FC66C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49F528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>Date de naissance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4EFCAA" w14:textId="3345A92D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   Sexe: ....................................</w:t>
            </w:r>
          </w:p>
        </w:tc>
      </w:tr>
      <w:tr w:rsidR="003C07A4" w14:paraId="1C0DDD76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ABEDB6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Nom du parent / </w:t>
            </w:r>
            <w:proofErr w:type="spellStart"/>
            <w:r>
              <w:rPr>
                <w:b/>
                <w:sz w:val="20"/>
              </w:rPr>
              <w:t>représentant</w:t>
            </w:r>
            <w:proofErr w:type="spellEnd"/>
            <w:r>
              <w:rPr>
                <w:b/>
                <w:sz w:val="20"/>
              </w:rPr>
              <w:t xml:space="preserve"> qui </w:t>
            </w:r>
            <w:proofErr w:type="spellStart"/>
            <w:r>
              <w:rPr>
                <w:b/>
                <w:sz w:val="20"/>
              </w:rPr>
              <w:t>remplit</w:t>
            </w:r>
            <w:proofErr w:type="spellEnd"/>
            <w:r>
              <w:rPr>
                <w:b/>
                <w:sz w:val="20"/>
              </w:rPr>
              <w:t xml:space="preserve"> le document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B15BE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49FCFA4A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F5BDA0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Téléphone</w:t>
            </w:r>
            <w:proofErr w:type="spellEnd"/>
            <w:r>
              <w:rPr>
                <w:b/>
                <w:sz w:val="20"/>
              </w:rPr>
              <w:t xml:space="preserve"> / E-mail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788116" w14:textId="77777777" w:rsidR="003C07A4" w:rsidRDefault="00A96520">
            <w:pPr>
              <w:spacing w:before="20" w:after="20" w:line="252" w:lineRule="auto"/>
            </w:pPr>
            <w:proofErr w:type="spellStart"/>
            <w:proofErr w:type="gramStart"/>
            <w:r>
              <w:rPr>
                <w:sz w:val="20"/>
              </w:rPr>
              <w:t>Téléphone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....................................   </w:t>
            </w:r>
            <w:proofErr w:type="gramStart"/>
            <w:r>
              <w:rPr>
                <w:sz w:val="20"/>
              </w:rPr>
              <w:t>E-mail :</w:t>
            </w:r>
            <w:proofErr w:type="gramEnd"/>
            <w:r>
              <w:rPr>
                <w:sz w:val="20"/>
              </w:rPr>
              <w:t xml:space="preserve"> ....................................</w:t>
            </w:r>
          </w:p>
        </w:tc>
      </w:tr>
      <w:tr w:rsidR="003C07A4" w14:paraId="4BE7FAA5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1AC5CC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Pédiatre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médecin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traitant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2DF93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5D40CD70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76987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Autres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spécialistes</w:t>
            </w:r>
            <w:proofErr w:type="spellEnd"/>
            <w:r>
              <w:rPr>
                <w:b/>
                <w:sz w:val="20"/>
              </w:rPr>
              <w:t xml:space="preserve"> déjà </w:t>
            </w:r>
            <w:proofErr w:type="spellStart"/>
            <w:r>
              <w:rPr>
                <w:b/>
                <w:sz w:val="20"/>
              </w:rPr>
              <w:t>impliqués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E834DC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1A1622B9" w14:textId="77777777" w:rsidR="003C07A4" w:rsidRDefault="00A96520">
      <w:pPr>
        <w:spacing w:before="120" w:after="60"/>
      </w:pPr>
      <w:r>
        <w:rPr>
          <w:b/>
          <w:color w:val="1F4E79"/>
          <w:sz w:val="22"/>
        </w:rPr>
        <w:t xml:space="preserve">Motif principal du </w:t>
      </w:r>
      <w:proofErr w:type="spellStart"/>
      <w:r>
        <w:rPr>
          <w:b/>
          <w:color w:val="1F4E79"/>
          <w:sz w:val="22"/>
        </w:rPr>
        <w:t>rendez</w:t>
      </w:r>
      <w:proofErr w:type="spellEnd"/>
      <w:r>
        <w:rPr>
          <w:b/>
          <w:color w:val="1F4E79"/>
          <w:sz w:val="22"/>
        </w:rPr>
        <w:t>-vous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6009"/>
      </w:tblGrid>
      <w:tr w:rsidR="003C07A4" w14:paraId="2AA38A60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3ECF4C" w14:textId="2B378B98" w:rsidR="003C07A4" w:rsidRDefault="003338FE">
            <w:pPr>
              <w:spacing w:before="20" w:after="20" w:line="252" w:lineRule="auto"/>
            </w:pPr>
            <w:sdt>
              <w:sdtPr>
                <w:id w:val="29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Croissance</w:t>
            </w:r>
            <w:proofErr w:type="spellEnd"/>
            <w:r w:rsidR="00A96520">
              <w:rPr>
                <w:sz w:val="20"/>
              </w:rPr>
              <w:t xml:space="preserve"> (petite taille, </w:t>
            </w:r>
            <w:proofErr w:type="spellStart"/>
            <w:r w:rsidR="00A96520">
              <w:rPr>
                <w:sz w:val="20"/>
              </w:rPr>
              <w:t>ralentissement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statural</w:t>
            </w:r>
            <w:proofErr w:type="spellEnd"/>
            <w:r w:rsidR="00A96520">
              <w:rPr>
                <w:sz w:val="20"/>
              </w:rPr>
              <w:t>, grande taille)</w:t>
            </w:r>
          </w:p>
        </w:tc>
      </w:tr>
      <w:tr w:rsidR="003C07A4" w14:paraId="2A24DC57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0050B3" w14:textId="38B07783" w:rsidR="003C07A4" w:rsidRDefault="003338FE">
            <w:pPr>
              <w:spacing w:before="20" w:after="20" w:line="252" w:lineRule="auto"/>
            </w:pPr>
            <w:sdt>
              <w:sdtPr>
                <w:id w:val="45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EC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Puberté</w:t>
            </w:r>
            <w:proofErr w:type="spellEnd"/>
            <w:r w:rsidR="00A96520">
              <w:rPr>
                <w:sz w:val="20"/>
              </w:rPr>
              <w:t xml:space="preserve">, </w:t>
            </w:r>
            <w:proofErr w:type="spellStart"/>
            <w:r w:rsidR="00A96520">
              <w:rPr>
                <w:sz w:val="20"/>
              </w:rPr>
              <w:t>règles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ou</w:t>
            </w:r>
            <w:proofErr w:type="spellEnd"/>
            <w:r w:rsidR="00A96520">
              <w:rPr>
                <w:sz w:val="20"/>
              </w:rPr>
              <w:t xml:space="preserve"> question </w:t>
            </w:r>
            <w:proofErr w:type="spellStart"/>
            <w:r w:rsidR="00A96520">
              <w:rPr>
                <w:sz w:val="20"/>
              </w:rPr>
              <w:t>gynécologique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andrologique</w:t>
            </w:r>
            <w:proofErr w:type="spellEnd"/>
          </w:p>
        </w:tc>
      </w:tr>
      <w:tr w:rsidR="003C07A4" w14:paraId="37447742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5AC00" w14:textId="77777777" w:rsidR="003C07A4" w:rsidRDefault="003338FE">
            <w:pPr>
              <w:spacing w:before="20" w:after="20" w:line="252" w:lineRule="auto"/>
            </w:pPr>
            <w:sdt>
              <w:sdtPr>
                <w:id w:val="10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Poids</w:t>
            </w:r>
            <w:proofErr w:type="spellEnd"/>
            <w:r w:rsidR="00A96520">
              <w:rPr>
                <w:sz w:val="20"/>
              </w:rPr>
              <w:t xml:space="preserve">, </w:t>
            </w:r>
            <w:proofErr w:type="spellStart"/>
            <w:r w:rsidR="00A96520">
              <w:rPr>
                <w:sz w:val="20"/>
              </w:rPr>
              <w:t>obésité</w:t>
            </w:r>
            <w:proofErr w:type="spellEnd"/>
            <w:r w:rsidR="00A96520">
              <w:rPr>
                <w:sz w:val="20"/>
              </w:rPr>
              <w:t xml:space="preserve">, appétit, </w:t>
            </w:r>
            <w:proofErr w:type="spellStart"/>
            <w:r w:rsidR="00A96520">
              <w:rPr>
                <w:sz w:val="20"/>
              </w:rPr>
              <w:t>insulinorésistance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ou</w:t>
            </w:r>
            <w:proofErr w:type="spellEnd"/>
            <w:r w:rsidR="00A96520">
              <w:rPr>
                <w:sz w:val="20"/>
              </w:rPr>
              <w:t xml:space="preserve"> troubles </w:t>
            </w:r>
            <w:proofErr w:type="spellStart"/>
            <w:r w:rsidR="00A96520">
              <w:rPr>
                <w:sz w:val="20"/>
              </w:rPr>
              <w:t>métaboliques</w:t>
            </w:r>
            <w:proofErr w:type="spellEnd"/>
          </w:p>
        </w:tc>
      </w:tr>
      <w:tr w:rsidR="003C07A4" w14:paraId="0AF128EC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FF119" w14:textId="77777777" w:rsidR="003C07A4" w:rsidRDefault="003338FE">
            <w:pPr>
              <w:spacing w:before="20" w:after="20" w:line="252" w:lineRule="auto"/>
            </w:pPr>
            <w:sdt>
              <w:sdtPr>
                <w:id w:val="37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Thyroïde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ou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autre</w:t>
            </w:r>
            <w:proofErr w:type="spellEnd"/>
            <w:r w:rsidR="00A96520">
              <w:rPr>
                <w:sz w:val="20"/>
              </w:rPr>
              <w:t xml:space="preserve"> hormone</w:t>
            </w:r>
          </w:p>
        </w:tc>
      </w:tr>
      <w:tr w:rsidR="003C07A4" w14:paraId="183F1ACD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B9B3B" w14:textId="77777777" w:rsidR="003C07A4" w:rsidRDefault="003338FE">
            <w:pPr>
              <w:spacing w:before="20" w:after="20" w:line="252" w:lineRule="auto"/>
            </w:pPr>
            <w:sdt>
              <w:sdtPr>
                <w:id w:val="56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Hypoglycémies</w:t>
            </w:r>
            <w:proofErr w:type="spellEnd"/>
            <w:r w:rsidR="00A96520">
              <w:rPr>
                <w:sz w:val="20"/>
              </w:rPr>
              <w:t xml:space="preserve">, </w:t>
            </w:r>
            <w:proofErr w:type="spellStart"/>
            <w:r w:rsidR="00A96520">
              <w:rPr>
                <w:sz w:val="20"/>
              </w:rPr>
              <w:t>diabète</w:t>
            </w:r>
            <w:proofErr w:type="spellEnd"/>
            <w:r w:rsidR="00A96520">
              <w:rPr>
                <w:sz w:val="20"/>
              </w:rPr>
              <w:t xml:space="preserve">, </w:t>
            </w:r>
            <w:proofErr w:type="spellStart"/>
            <w:r w:rsidR="00A96520">
              <w:rPr>
                <w:sz w:val="20"/>
              </w:rPr>
              <w:t>polyurie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polydipsie</w:t>
            </w:r>
            <w:proofErr w:type="spellEnd"/>
          </w:p>
        </w:tc>
      </w:tr>
      <w:tr w:rsidR="003C07A4" w14:paraId="7217DF20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3E152" w14:textId="75958884" w:rsidR="003E1ECC" w:rsidRPr="003E1ECC" w:rsidRDefault="003338FE">
            <w:pPr>
              <w:spacing w:before="20" w:after="20" w:line="252" w:lineRule="auto"/>
              <w:rPr>
                <w:sz w:val="20"/>
              </w:rPr>
            </w:pPr>
            <w:sdt>
              <w:sdtPr>
                <w:id w:val="64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ECC">
                  <w:t>☐</w:t>
                </w:r>
              </w:sdtContent>
            </w:sdt>
            <w:r w:rsidR="003E1ECC">
              <w:t xml:space="preserve"> </w:t>
            </w:r>
            <w:proofErr w:type="spellStart"/>
            <w:r w:rsidR="003E1ECC">
              <w:t>Problème</w:t>
            </w:r>
            <w:proofErr w:type="spellEnd"/>
            <w:r w:rsidR="003E1ECC">
              <w:t xml:space="preserve"> </w:t>
            </w:r>
            <w:proofErr w:type="spellStart"/>
            <w:r w:rsidR="003E1ECC">
              <w:t>hypophysaire</w:t>
            </w:r>
            <w:proofErr w:type="spellEnd"/>
          </w:p>
        </w:tc>
      </w:tr>
      <w:tr w:rsidR="003C07A4" w14:paraId="2B09829F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D7D4C0" w14:textId="346FBD1C" w:rsidR="003C07A4" w:rsidRDefault="003338FE">
            <w:sdt>
              <w:sdtPr>
                <w:id w:val="779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70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6520">
              <w:t xml:space="preserve"> </w:t>
            </w:r>
            <w:proofErr w:type="spellStart"/>
            <w:r w:rsidR="00A96520">
              <w:t>Problème</w:t>
            </w:r>
            <w:proofErr w:type="spellEnd"/>
            <w:r w:rsidR="00A96520">
              <w:t xml:space="preserve"> de </w:t>
            </w:r>
            <w:proofErr w:type="spellStart"/>
            <w:r w:rsidR="00A96520">
              <w:t>surrénale</w:t>
            </w:r>
            <w:proofErr w:type="spellEnd"/>
          </w:p>
        </w:tc>
      </w:tr>
      <w:tr w:rsidR="003C07A4" w14:paraId="35CF798B" w14:textId="77777777">
        <w:trPr>
          <w:cantSplit/>
          <w:jc w:val="center"/>
        </w:trPr>
        <w:tc>
          <w:tcPr>
            <w:tcW w:w="975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E4E26F" w14:textId="7DBCBFFF" w:rsidR="003C07A4" w:rsidRPr="003E1ECC" w:rsidRDefault="003338FE" w:rsidP="003E1ECC">
            <w:pPr>
              <w:spacing w:before="20" w:after="20" w:line="252" w:lineRule="auto"/>
              <w:rPr>
                <w:sz w:val="20"/>
              </w:rPr>
            </w:pPr>
            <w:sdt>
              <w:sdtPr>
                <w:id w:val="21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ECC">
                  <w:rPr>
                    <w:sz w:val="20"/>
                  </w:rPr>
                  <w:t>☐</w:t>
                </w:r>
              </w:sdtContent>
            </w:sdt>
            <w:r w:rsidR="003E1ECC">
              <w:rPr>
                <w:sz w:val="20"/>
              </w:rPr>
              <w:t xml:space="preserve"> </w:t>
            </w:r>
            <w:proofErr w:type="spellStart"/>
            <w:proofErr w:type="gramStart"/>
            <w:r w:rsidR="003E1ECC">
              <w:rPr>
                <w:sz w:val="20"/>
              </w:rPr>
              <w:t>Autre</w:t>
            </w:r>
            <w:proofErr w:type="spellEnd"/>
            <w:r w:rsidR="003E1ECC">
              <w:rPr>
                <w:sz w:val="20"/>
              </w:rPr>
              <w:t xml:space="preserve"> :</w:t>
            </w:r>
            <w:proofErr w:type="gramEnd"/>
            <w:r w:rsidR="003E1ECC">
              <w:rPr>
                <w:sz w:val="20"/>
              </w:rPr>
              <w:t xml:space="preserve"> .................................................................................</w:t>
            </w:r>
          </w:p>
        </w:tc>
      </w:tr>
      <w:tr w:rsidR="003C07A4" w14:paraId="614A4D09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68C54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Y a-t-il déjà </w:t>
            </w:r>
            <w:proofErr w:type="spellStart"/>
            <w:r>
              <w:rPr>
                <w:b/>
                <w:sz w:val="20"/>
              </w:rPr>
              <w:t>eu</w:t>
            </w:r>
            <w:proofErr w:type="spellEnd"/>
            <w:r>
              <w:rPr>
                <w:b/>
                <w:sz w:val="20"/>
              </w:rPr>
              <w:t xml:space="preserve"> un avis </w:t>
            </w:r>
            <w:proofErr w:type="spellStart"/>
            <w:proofErr w:type="gramStart"/>
            <w:r>
              <w:rPr>
                <w:b/>
                <w:sz w:val="20"/>
              </w:rPr>
              <w:t>endocrinologique</w:t>
            </w:r>
            <w:proofErr w:type="spellEnd"/>
            <w:r>
              <w:rPr>
                <w:b/>
                <w:sz w:val="20"/>
              </w:rPr>
              <w:t xml:space="preserve"> ?</w:t>
            </w:r>
            <w:proofErr w:type="gram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F2739E" w14:textId="77777777" w:rsidR="003C07A4" w:rsidRDefault="003338FE">
            <w:pPr>
              <w:spacing w:before="20" w:after="20" w:line="252" w:lineRule="auto"/>
            </w:pPr>
            <w:sdt>
              <w:sdtPr>
                <w:id w:val="698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Non    </w:t>
            </w:r>
            <w:sdt>
              <w:sdtPr>
                <w:id w:val="19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Oui, </w:t>
            </w:r>
            <w:proofErr w:type="spellStart"/>
            <w:r w:rsidR="00A96520">
              <w:rPr>
                <w:sz w:val="20"/>
              </w:rPr>
              <w:t>où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proofErr w:type="gramStart"/>
            <w:r w:rsidR="00A96520">
              <w:rPr>
                <w:sz w:val="20"/>
              </w:rPr>
              <w:t>quand</w:t>
            </w:r>
            <w:proofErr w:type="spellEnd"/>
            <w:r w:rsidR="00A96520">
              <w:rPr>
                <w:sz w:val="20"/>
              </w:rPr>
              <w:t xml:space="preserve"> ?</w:t>
            </w:r>
            <w:proofErr w:type="gramEnd"/>
            <w:r w:rsidR="00A96520">
              <w:rPr>
                <w:sz w:val="20"/>
              </w:rPr>
              <w:t xml:space="preserve"> .............................................................</w:t>
            </w:r>
          </w:p>
        </w:tc>
      </w:tr>
      <w:tr w:rsidR="003C07A4" w14:paraId="6D42679F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A4DE6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Traitements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z w:val="20"/>
              </w:rPr>
              <w:t xml:space="preserve"> examens déjà </w:t>
            </w:r>
            <w:proofErr w:type="spellStart"/>
            <w:r>
              <w:rPr>
                <w:b/>
                <w:sz w:val="20"/>
              </w:rPr>
              <w:t>réalisés</w:t>
            </w:r>
            <w:proofErr w:type="spellEnd"/>
            <w:r>
              <w:rPr>
                <w:b/>
                <w:sz w:val="20"/>
              </w:rPr>
              <w:t xml:space="preserve"> pour </w:t>
            </w:r>
            <w:proofErr w:type="spellStart"/>
            <w:r>
              <w:rPr>
                <w:b/>
                <w:sz w:val="20"/>
              </w:rPr>
              <w:t>ce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problème</w:t>
            </w:r>
            <w:proofErr w:type="spell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0B6585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278E2378" w14:textId="77777777" w:rsidR="003C07A4" w:rsidRDefault="00A96520">
      <w:pPr>
        <w:spacing w:before="120" w:after="60"/>
      </w:pPr>
      <w:r>
        <w:rPr>
          <w:b/>
          <w:color w:val="1F4E79"/>
          <w:sz w:val="22"/>
        </w:rPr>
        <w:t xml:space="preserve">Documents à </w:t>
      </w:r>
      <w:proofErr w:type="spellStart"/>
      <w:r>
        <w:rPr>
          <w:b/>
          <w:color w:val="1F4E79"/>
          <w:sz w:val="22"/>
        </w:rPr>
        <w:t>joindre</w:t>
      </w:r>
      <w:proofErr w:type="spellEnd"/>
      <w:r>
        <w:rPr>
          <w:b/>
          <w:color w:val="1F4E79"/>
          <w:sz w:val="22"/>
        </w:rPr>
        <w:t xml:space="preserve"> </w:t>
      </w:r>
      <w:proofErr w:type="spellStart"/>
      <w:r>
        <w:rPr>
          <w:b/>
          <w:color w:val="1F4E79"/>
          <w:sz w:val="22"/>
        </w:rPr>
        <w:t>si</w:t>
      </w:r>
      <w:proofErr w:type="spellEnd"/>
      <w:r>
        <w:rPr>
          <w:b/>
          <w:color w:val="1F4E79"/>
          <w:sz w:val="22"/>
        </w:rPr>
        <w:t xml:space="preserve"> </w:t>
      </w:r>
      <w:proofErr w:type="spellStart"/>
      <w:r>
        <w:rPr>
          <w:b/>
          <w:color w:val="1F4E79"/>
          <w:sz w:val="22"/>
        </w:rPr>
        <w:t>disponibles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3C07A4" w14:paraId="7C537401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F36ADE" w14:textId="375A28E8" w:rsidR="003C07A4" w:rsidRDefault="003338FE">
            <w:sdt>
              <w:sdtPr>
                <w:id w:val="85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t>☐</w:t>
                </w:r>
              </w:sdtContent>
            </w:sdt>
            <w:r w:rsidR="00A96520">
              <w:t xml:space="preserve"> </w:t>
            </w:r>
            <w:r w:rsidR="002F7012">
              <w:t xml:space="preserve">Données </w:t>
            </w:r>
            <w:r w:rsidR="00A96520">
              <w:t xml:space="preserve">de </w:t>
            </w:r>
            <w:proofErr w:type="spellStart"/>
            <w:r w:rsidR="00A96520">
              <w:t>croissance</w:t>
            </w:r>
            <w:proofErr w:type="spellEnd"/>
            <w:r w:rsidR="00A96520">
              <w:t xml:space="preserve"> / pages du carnet de santé / données des </w:t>
            </w:r>
            <w:proofErr w:type="spellStart"/>
            <w:r w:rsidR="00A96520">
              <w:t>visites</w:t>
            </w:r>
            <w:proofErr w:type="spellEnd"/>
            <w:r w:rsidR="00A96520">
              <w:t xml:space="preserve"> </w:t>
            </w:r>
            <w:proofErr w:type="spellStart"/>
            <w:r w:rsidR="00A96520">
              <w:t>médicales</w:t>
            </w:r>
            <w:proofErr w:type="spellEnd"/>
            <w:r w:rsidR="00A96520">
              <w:t xml:space="preserve"> </w:t>
            </w:r>
            <w:proofErr w:type="spellStart"/>
            <w:r w:rsidR="00A96520">
              <w:t>scolaires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789F0" w14:textId="77777777" w:rsidR="003C07A4" w:rsidRDefault="003338FE">
            <w:pPr>
              <w:spacing w:before="20" w:after="20" w:line="252" w:lineRule="auto"/>
            </w:pPr>
            <w:sdt>
              <w:sdtPr>
                <w:id w:val="39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Derniers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résultats</w:t>
            </w:r>
            <w:proofErr w:type="spellEnd"/>
            <w:r w:rsidR="00A96520">
              <w:rPr>
                <w:sz w:val="20"/>
              </w:rPr>
              <w:t xml:space="preserve"> de </w:t>
            </w:r>
            <w:proofErr w:type="spellStart"/>
            <w:r w:rsidR="00A96520">
              <w:rPr>
                <w:sz w:val="20"/>
              </w:rPr>
              <w:t>prise</w:t>
            </w:r>
            <w:proofErr w:type="spellEnd"/>
            <w:r w:rsidR="00A96520">
              <w:rPr>
                <w:sz w:val="20"/>
              </w:rPr>
              <w:t xml:space="preserve"> de sang </w:t>
            </w:r>
            <w:proofErr w:type="spellStart"/>
            <w:r w:rsidR="00A96520">
              <w:rPr>
                <w:sz w:val="20"/>
              </w:rPr>
              <w:t>ou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d'urines</w:t>
            </w:r>
            <w:proofErr w:type="spellEnd"/>
          </w:p>
        </w:tc>
      </w:tr>
      <w:tr w:rsidR="003C07A4" w14:paraId="337365AF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9656EE" w14:textId="77777777" w:rsidR="003C07A4" w:rsidRDefault="003338FE">
            <w:pPr>
              <w:spacing w:before="20" w:after="20" w:line="252" w:lineRule="auto"/>
            </w:pPr>
            <w:sdt>
              <w:sdtPr>
                <w:id w:val="19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Radiographie</w:t>
            </w:r>
            <w:proofErr w:type="spellEnd"/>
            <w:r w:rsidR="00A96520">
              <w:rPr>
                <w:sz w:val="20"/>
              </w:rPr>
              <w:t xml:space="preserve"> de </w:t>
            </w:r>
            <w:proofErr w:type="spellStart"/>
            <w:r w:rsidR="00A96520">
              <w:rPr>
                <w:sz w:val="20"/>
              </w:rPr>
              <w:t>l'âge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osseux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imagerie</w:t>
            </w:r>
            <w:proofErr w:type="spellEnd"/>
            <w:r w:rsidR="00A96520">
              <w:rPr>
                <w:sz w:val="20"/>
              </w:rPr>
              <w:t xml:space="preserve"> / compte </w:t>
            </w:r>
            <w:proofErr w:type="spellStart"/>
            <w:r w:rsidR="00A96520">
              <w:rPr>
                <w:sz w:val="20"/>
              </w:rPr>
              <w:t>rendu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1B903" w14:textId="77777777" w:rsidR="003C07A4" w:rsidRDefault="003338FE">
            <w:pPr>
              <w:spacing w:before="20" w:after="20" w:line="252" w:lineRule="auto"/>
            </w:pPr>
            <w:sdt>
              <w:sdtPr>
                <w:id w:val="44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Comptes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rendus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d'hospitalisation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ou</w:t>
            </w:r>
            <w:proofErr w:type="spellEnd"/>
            <w:r w:rsidR="00A96520">
              <w:rPr>
                <w:sz w:val="20"/>
              </w:rPr>
              <w:t xml:space="preserve"> de consultation </w:t>
            </w:r>
            <w:proofErr w:type="spellStart"/>
            <w:r w:rsidR="00A96520">
              <w:rPr>
                <w:sz w:val="20"/>
              </w:rPr>
              <w:t>spécialisée</w:t>
            </w:r>
            <w:proofErr w:type="spellEnd"/>
          </w:p>
        </w:tc>
      </w:tr>
      <w:tr w:rsidR="003C07A4" w14:paraId="78B898CD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0A9E3" w14:textId="77777777" w:rsidR="003C07A4" w:rsidRDefault="003338FE">
            <w:pPr>
              <w:spacing w:before="20" w:after="20" w:line="252" w:lineRule="auto"/>
            </w:pPr>
            <w:sdt>
              <w:sdtPr>
                <w:id w:val="22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Liste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actualisée</w:t>
            </w:r>
            <w:proofErr w:type="spellEnd"/>
            <w:r w:rsidR="00A96520">
              <w:rPr>
                <w:sz w:val="20"/>
              </w:rPr>
              <w:t xml:space="preserve"> des </w:t>
            </w:r>
            <w:proofErr w:type="spellStart"/>
            <w:r w:rsidR="00A96520">
              <w:rPr>
                <w:sz w:val="20"/>
              </w:rPr>
              <w:t>médicaments</w:t>
            </w:r>
            <w:proofErr w:type="spellEnd"/>
            <w:r w:rsidR="00A96520">
              <w:rPr>
                <w:sz w:val="20"/>
              </w:rPr>
              <w:t xml:space="preserve"> et </w:t>
            </w:r>
            <w:proofErr w:type="spellStart"/>
            <w:r w:rsidR="00A96520">
              <w:rPr>
                <w:sz w:val="20"/>
              </w:rPr>
              <w:t>compléments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5255F6" w14:textId="77777777" w:rsidR="003C07A4" w:rsidRDefault="003338FE">
            <w:pPr>
              <w:spacing w:before="20" w:after="20" w:line="252" w:lineRule="auto"/>
            </w:pPr>
            <w:sdt>
              <w:sdtPr>
                <w:id w:val="90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Prescription / </w:t>
            </w:r>
            <w:proofErr w:type="spellStart"/>
            <w:r w:rsidR="00A96520">
              <w:rPr>
                <w:sz w:val="20"/>
              </w:rPr>
              <w:t>courrier</w:t>
            </w:r>
            <w:proofErr w:type="spellEnd"/>
            <w:r w:rsidR="00A96520">
              <w:rPr>
                <w:sz w:val="20"/>
              </w:rPr>
              <w:t xml:space="preserve"> du </w:t>
            </w:r>
            <w:proofErr w:type="spellStart"/>
            <w:r w:rsidR="00A96520">
              <w:rPr>
                <w:sz w:val="20"/>
              </w:rPr>
              <w:t>médecin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adresseur</w:t>
            </w:r>
            <w:proofErr w:type="spellEnd"/>
          </w:p>
        </w:tc>
      </w:tr>
    </w:tbl>
    <w:p w14:paraId="5CCAF9E4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C07A4" w14:paraId="72C8DDFF" w14:textId="77777777">
        <w:trPr>
          <w:cantSplit/>
          <w:jc w:val="center"/>
        </w:trPr>
        <w:tc>
          <w:tcPr>
            <w:tcW w:w="9866" w:type="dxa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E17EC2" w14:textId="3E79C386" w:rsidR="003C07A4" w:rsidRDefault="00A96520">
            <w:r>
              <w:t xml:space="preserve">2. </w:t>
            </w:r>
            <w:proofErr w:type="spellStart"/>
            <w:r>
              <w:t>Antécédents</w:t>
            </w:r>
            <w:proofErr w:type="spellEnd"/>
            <w:r>
              <w:t xml:space="preserve"> </w:t>
            </w:r>
            <w:proofErr w:type="spellStart"/>
            <w:r>
              <w:t>familiaux</w:t>
            </w:r>
            <w:proofErr w:type="spellEnd"/>
            <w:r w:rsidR="003366DC">
              <w:t xml:space="preserve"> (</w:t>
            </w:r>
            <w:proofErr w:type="spellStart"/>
            <w:r w:rsidR="003366DC">
              <w:t>Cocher</w:t>
            </w:r>
            <w:proofErr w:type="spellEnd"/>
            <w:r w:rsidR="003366DC">
              <w:t xml:space="preserve"> </w:t>
            </w:r>
            <w:proofErr w:type="spellStart"/>
            <w:r w:rsidR="003366DC">
              <w:t>si</w:t>
            </w:r>
            <w:proofErr w:type="spellEnd"/>
            <w:r w:rsidR="003366DC">
              <w:t xml:space="preserve"> </w:t>
            </w:r>
            <w:proofErr w:type="spellStart"/>
            <w:r w:rsidR="003366DC">
              <w:t>concerné</w:t>
            </w:r>
            <w:proofErr w:type="spellEnd"/>
            <w:r w:rsidR="003366DC">
              <w:t>)</w:t>
            </w:r>
          </w:p>
        </w:tc>
      </w:tr>
    </w:tbl>
    <w:p w14:paraId="1EF973DA" w14:textId="77777777" w:rsidR="003C07A4" w:rsidRDefault="00A96520">
      <w:pPr>
        <w:spacing w:after="60"/>
      </w:pPr>
      <w:r>
        <w:rPr>
          <w:i/>
          <w:color w:val="5A5A5A"/>
          <w:sz w:val="19"/>
        </w:rPr>
        <w:t xml:space="preserve">Pour les </w:t>
      </w:r>
      <w:proofErr w:type="spellStart"/>
      <w:r>
        <w:rPr>
          <w:i/>
          <w:color w:val="5A5A5A"/>
          <w:sz w:val="19"/>
        </w:rPr>
        <w:t>tailles</w:t>
      </w:r>
      <w:proofErr w:type="spellEnd"/>
      <w:r>
        <w:rPr>
          <w:i/>
          <w:color w:val="5A5A5A"/>
          <w:sz w:val="19"/>
        </w:rPr>
        <w:t xml:space="preserve"> </w:t>
      </w:r>
      <w:proofErr w:type="spellStart"/>
      <w:r>
        <w:rPr>
          <w:i/>
          <w:color w:val="5A5A5A"/>
          <w:sz w:val="19"/>
        </w:rPr>
        <w:t>parentales</w:t>
      </w:r>
      <w:proofErr w:type="spellEnd"/>
      <w:r>
        <w:rPr>
          <w:i/>
          <w:color w:val="5A5A5A"/>
          <w:sz w:val="19"/>
        </w:rPr>
        <w:t xml:space="preserve">, </w:t>
      </w:r>
      <w:proofErr w:type="spellStart"/>
      <w:r>
        <w:rPr>
          <w:i/>
          <w:color w:val="5A5A5A"/>
          <w:sz w:val="19"/>
        </w:rPr>
        <w:t>si</w:t>
      </w:r>
      <w:proofErr w:type="spellEnd"/>
      <w:r>
        <w:rPr>
          <w:i/>
          <w:color w:val="5A5A5A"/>
          <w:sz w:val="19"/>
        </w:rPr>
        <w:t xml:space="preserve"> possible, </w:t>
      </w:r>
      <w:proofErr w:type="spellStart"/>
      <w:r>
        <w:rPr>
          <w:i/>
          <w:color w:val="5A5A5A"/>
          <w:sz w:val="19"/>
        </w:rPr>
        <w:t>indiquer</w:t>
      </w:r>
      <w:proofErr w:type="spellEnd"/>
      <w:r>
        <w:rPr>
          <w:i/>
          <w:color w:val="5A5A5A"/>
          <w:sz w:val="19"/>
        </w:rPr>
        <w:t xml:space="preserve"> la taille </w:t>
      </w:r>
      <w:proofErr w:type="spellStart"/>
      <w:r>
        <w:rPr>
          <w:i/>
          <w:color w:val="5A5A5A"/>
          <w:sz w:val="19"/>
        </w:rPr>
        <w:t>mesurée</w:t>
      </w:r>
      <w:proofErr w:type="spellEnd"/>
      <w:r>
        <w:rPr>
          <w:i/>
          <w:color w:val="5A5A5A"/>
          <w:sz w:val="19"/>
        </w:rPr>
        <w:t xml:space="preserve"> </w:t>
      </w:r>
      <w:proofErr w:type="spellStart"/>
      <w:r>
        <w:rPr>
          <w:i/>
          <w:color w:val="5A5A5A"/>
          <w:sz w:val="19"/>
        </w:rPr>
        <w:t>plutôt</w:t>
      </w:r>
      <w:proofErr w:type="spellEnd"/>
      <w:r>
        <w:rPr>
          <w:i/>
          <w:color w:val="5A5A5A"/>
          <w:sz w:val="19"/>
        </w:rPr>
        <w:t xml:space="preserve"> </w:t>
      </w:r>
      <w:proofErr w:type="spellStart"/>
      <w:r>
        <w:rPr>
          <w:i/>
          <w:color w:val="5A5A5A"/>
          <w:sz w:val="19"/>
        </w:rPr>
        <w:t>qu'estimée</w:t>
      </w:r>
      <w:proofErr w:type="spellEnd"/>
      <w:r>
        <w:rPr>
          <w:i/>
          <w:color w:val="5A5A5A"/>
          <w:sz w:val="19"/>
        </w:rPr>
        <w:t>.</w:t>
      </w:r>
    </w:p>
    <w:tbl>
      <w:tblPr>
        <w:tblW w:w="11121" w:type="dxa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2376"/>
        <w:gridCol w:w="3633"/>
      </w:tblGrid>
      <w:tr w:rsidR="003C07A4" w14:paraId="399AE364" w14:textId="77777777" w:rsidTr="00665166">
        <w:trPr>
          <w:cantSplit/>
          <w:tblHeader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E418B" w14:textId="77777777" w:rsidR="003C07A4" w:rsidRDefault="003C07A4">
            <w:pPr>
              <w:spacing w:before="20" w:after="20" w:line="252" w:lineRule="auto"/>
              <w:jc w:val="center"/>
            </w:pP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85590D" w14:textId="77777777" w:rsidR="003C07A4" w:rsidRDefault="00A96520">
            <w:pPr>
              <w:spacing w:before="20" w:after="20" w:line="252" w:lineRule="auto"/>
              <w:jc w:val="center"/>
            </w:pPr>
            <w:r>
              <w:rPr>
                <w:b/>
                <w:sz w:val="20"/>
              </w:rPr>
              <w:t>Parent 1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B5FC40" w14:textId="77777777" w:rsidR="003C07A4" w:rsidRDefault="00A96520">
            <w:pPr>
              <w:spacing w:before="20" w:after="20" w:line="252" w:lineRule="auto"/>
              <w:jc w:val="center"/>
            </w:pPr>
            <w:r>
              <w:rPr>
                <w:b/>
                <w:sz w:val="20"/>
              </w:rPr>
              <w:t>Parent 2</w:t>
            </w:r>
          </w:p>
        </w:tc>
      </w:tr>
      <w:tr w:rsidR="003C07A4" w14:paraId="78909FE8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23964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 xml:space="preserve">Nom et </w:t>
            </w:r>
            <w:proofErr w:type="spellStart"/>
            <w:r>
              <w:rPr>
                <w:sz w:val="20"/>
              </w:rPr>
              <w:t>prénom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05E70" w14:textId="77777777" w:rsidR="003C07A4" w:rsidRDefault="00A96520">
            <w:r>
              <w:t>....................................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3AF80" w14:textId="77777777" w:rsidR="003C07A4" w:rsidRDefault="00A96520">
            <w:r>
              <w:t>....................................</w:t>
            </w:r>
          </w:p>
        </w:tc>
      </w:tr>
      <w:tr w:rsidR="003C07A4" w14:paraId="7DDCDD1F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538263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Date de naissance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BDFA97" w14:textId="77777777" w:rsidR="003C07A4" w:rsidRDefault="00A96520">
            <w:r>
              <w:t>....................................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43388B" w14:textId="77777777" w:rsidR="003C07A4" w:rsidRDefault="00A96520">
            <w:r>
              <w:t>....................................</w:t>
            </w:r>
          </w:p>
        </w:tc>
      </w:tr>
      <w:tr w:rsidR="003C07A4" w14:paraId="17845FF7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1BEA0C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Taille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EE8488" w14:textId="77777777" w:rsidR="003C07A4" w:rsidRDefault="00A96520">
            <w:r>
              <w:t>....................................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5F3BC3" w14:textId="77777777" w:rsidR="003C07A4" w:rsidRDefault="00A96520">
            <w:r>
              <w:t>....................................</w:t>
            </w:r>
          </w:p>
        </w:tc>
      </w:tr>
      <w:tr w:rsidR="003C07A4" w14:paraId="59B49BDA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23C14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sz w:val="20"/>
              </w:rPr>
              <w:t>Poids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habituel</w:t>
            </w:r>
            <w:proofErr w:type="spellEnd"/>
            <w:r>
              <w:rPr>
                <w:sz w:val="20"/>
              </w:rPr>
              <w:t xml:space="preserve"> / maximal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A7B1B1" w14:textId="77777777" w:rsidR="003C07A4" w:rsidRDefault="00A96520">
            <w:r>
              <w:t>....................................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58B8C2" w14:textId="77777777" w:rsidR="003C07A4" w:rsidRDefault="00A96520">
            <w:r>
              <w:t>....................................</w:t>
            </w:r>
          </w:p>
        </w:tc>
      </w:tr>
      <w:tr w:rsidR="003C07A4" w14:paraId="673EEC12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CBEEF0" w14:textId="77777777" w:rsidR="003C07A4" w:rsidRDefault="00A96520">
            <w:proofErr w:type="spellStart"/>
            <w:r>
              <w:t>Puberté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9A2084" w14:textId="77777777" w:rsidR="003C07A4" w:rsidRDefault="00A96520"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précoce</w:t>
            </w:r>
            <w:proofErr w:type="spellEnd"/>
            <w:r>
              <w:rPr>
                <w:sz w:val="18"/>
              </w:rPr>
              <w:t xml:space="preserve"> (&lt;8 </w:t>
            </w:r>
            <w:proofErr w:type="spellStart"/>
            <w:r>
              <w:rPr>
                <w:sz w:val="18"/>
              </w:rPr>
              <w:t>ans</w:t>
            </w:r>
            <w:proofErr w:type="spellEnd"/>
            <w:r>
              <w:rPr>
                <w:sz w:val="18"/>
              </w:rPr>
              <w:t xml:space="preserve"> fille,</w:t>
            </w:r>
            <w:r>
              <w:rPr>
                <w:sz w:val="18"/>
              </w:rPr>
              <w:br/>
              <w:t xml:space="preserve">&lt;9 </w:t>
            </w:r>
            <w:proofErr w:type="spellStart"/>
            <w:r>
              <w:rPr>
                <w:sz w:val="18"/>
              </w:rPr>
              <w:t>ans</w:t>
            </w:r>
            <w:proofErr w:type="spellEnd"/>
            <w:r>
              <w:rPr>
                <w:sz w:val="18"/>
              </w:rPr>
              <w:t xml:space="preserve"> garçon)</w:t>
            </w:r>
            <w:r>
              <w:rPr>
                <w:sz w:val="18"/>
              </w:rPr>
              <w:br/>
              <w:t xml:space="preserve">☐ </w:t>
            </w:r>
            <w:proofErr w:type="gramStart"/>
            <w:r>
              <w:rPr>
                <w:sz w:val="18"/>
              </w:rPr>
              <w:t>normal  ☐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tardif</w:t>
            </w:r>
            <w:proofErr w:type="spellEnd"/>
            <w:r>
              <w:rPr>
                <w:sz w:val="18"/>
              </w:rPr>
              <w:t xml:space="preserve">  ☐</w:t>
            </w:r>
            <w:proofErr w:type="gramEnd"/>
            <w:r>
              <w:rPr>
                <w:sz w:val="18"/>
              </w:rPr>
              <w:t xml:space="preserve"> inconnu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DE2BB0" w14:textId="77777777" w:rsidR="003C07A4" w:rsidRDefault="00A96520">
            <w:r>
              <w:rPr>
                <w:sz w:val="18"/>
              </w:rPr>
              <w:t xml:space="preserve">☐ </w:t>
            </w:r>
            <w:proofErr w:type="spellStart"/>
            <w:r>
              <w:rPr>
                <w:sz w:val="18"/>
              </w:rPr>
              <w:t>précoce</w:t>
            </w:r>
            <w:proofErr w:type="spellEnd"/>
            <w:r>
              <w:rPr>
                <w:sz w:val="18"/>
              </w:rPr>
              <w:t xml:space="preserve"> (&lt;8 </w:t>
            </w:r>
            <w:proofErr w:type="spellStart"/>
            <w:r>
              <w:rPr>
                <w:sz w:val="18"/>
              </w:rPr>
              <w:t>ans</w:t>
            </w:r>
            <w:proofErr w:type="spellEnd"/>
            <w:r>
              <w:rPr>
                <w:sz w:val="18"/>
              </w:rPr>
              <w:t xml:space="preserve"> fille,</w:t>
            </w:r>
            <w:r>
              <w:rPr>
                <w:sz w:val="18"/>
              </w:rPr>
              <w:br/>
              <w:t xml:space="preserve">&lt;9 </w:t>
            </w:r>
            <w:proofErr w:type="spellStart"/>
            <w:r>
              <w:rPr>
                <w:sz w:val="18"/>
              </w:rPr>
              <w:t>ans</w:t>
            </w:r>
            <w:proofErr w:type="spellEnd"/>
            <w:r>
              <w:rPr>
                <w:sz w:val="18"/>
              </w:rPr>
              <w:t xml:space="preserve"> garçon)</w:t>
            </w:r>
            <w:r>
              <w:rPr>
                <w:sz w:val="18"/>
              </w:rPr>
              <w:br/>
              <w:t xml:space="preserve">☐ </w:t>
            </w:r>
            <w:proofErr w:type="gramStart"/>
            <w:r>
              <w:rPr>
                <w:sz w:val="18"/>
              </w:rPr>
              <w:t>normal  ☐</w:t>
            </w:r>
            <w:proofErr w:type="gram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tardif</w:t>
            </w:r>
            <w:proofErr w:type="spellEnd"/>
            <w:r>
              <w:rPr>
                <w:sz w:val="18"/>
              </w:rPr>
              <w:t xml:space="preserve">  ☐</w:t>
            </w:r>
            <w:proofErr w:type="gramEnd"/>
            <w:r>
              <w:rPr>
                <w:sz w:val="18"/>
              </w:rPr>
              <w:t xml:space="preserve"> inconnu</w:t>
            </w:r>
          </w:p>
        </w:tc>
      </w:tr>
      <w:tr w:rsidR="003C07A4" w14:paraId="47FC33B9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34AC6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sz w:val="20"/>
              </w:rPr>
              <w:t>Âge</w:t>
            </w:r>
            <w:proofErr w:type="spellEnd"/>
            <w:r>
              <w:rPr>
                <w:sz w:val="20"/>
              </w:rPr>
              <w:t xml:space="preserve"> des premières </w:t>
            </w:r>
            <w:proofErr w:type="spellStart"/>
            <w:r>
              <w:rPr>
                <w:sz w:val="20"/>
              </w:rPr>
              <w:t>règles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concerné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87EC5" w14:textId="77777777" w:rsidR="003C07A4" w:rsidRDefault="00A96520">
            <w:r>
              <w:t>....................................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743AB0" w14:textId="77777777" w:rsidR="003C07A4" w:rsidRDefault="00A96520">
            <w:r>
              <w:t>....................................</w:t>
            </w:r>
          </w:p>
        </w:tc>
      </w:tr>
      <w:tr w:rsidR="003C07A4" w14:paraId="1C7D2FB8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92C7B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 xml:space="preserve">Pays / origine </w:t>
            </w:r>
            <w:proofErr w:type="spellStart"/>
            <w:r>
              <w:rPr>
                <w:sz w:val="20"/>
              </w:rPr>
              <w:t>familiale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C3038" w14:textId="77777777" w:rsidR="003C07A4" w:rsidRDefault="00A96520">
            <w:r>
              <w:t>....................................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A29D65" w14:textId="77777777" w:rsidR="003C07A4" w:rsidRDefault="00A96520">
            <w:r>
              <w:t>....................................</w:t>
            </w:r>
          </w:p>
        </w:tc>
      </w:tr>
      <w:tr w:rsidR="003366DC" w14:paraId="4BB86553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9C4342" w14:textId="13ADE12E" w:rsidR="003366DC" w:rsidRDefault="003366DC" w:rsidP="003366DC">
            <w:pPr>
              <w:spacing w:before="20" w:after="20" w:line="252" w:lineRule="auto"/>
              <w:rPr>
                <w:sz w:val="20"/>
              </w:rPr>
            </w:pPr>
            <w:r>
              <w:rPr>
                <w:sz w:val="20"/>
              </w:rPr>
              <w:t xml:space="preserve">Taille des </w:t>
            </w:r>
            <w:proofErr w:type="gramStart"/>
            <w:r>
              <w:rPr>
                <w:sz w:val="20"/>
              </w:rPr>
              <w:t>grand-parents</w:t>
            </w:r>
            <w:proofErr w:type="gram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l’enfant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CCE6A8" w14:textId="1D66EAB9" w:rsidR="003366DC" w:rsidRDefault="003366DC" w:rsidP="003366DC">
            <w:r>
              <w:t xml:space="preserve">GP:    </w:t>
            </w:r>
            <w:proofErr w:type="gramStart"/>
            <w:r>
              <w:t>cm  GM</w:t>
            </w:r>
            <w:proofErr w:type="gramEnd"/>
            <w:r>
              <w:t>:     cm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9B744" w14:textId="4953ECC2" w:rsidR="003366DC" w:rsidRDefault="003366DC" w:rsidP="003366DC">
            <w:r>
              <w:t xml:space="preserve">GP:    </w:t>
            </w:r>
            <w:proofErr w:type="gramStart"/>
            <w:r>
              <w:t>cm  GM</w:t>
            </w:r>
            <w:proofErr w:type="gramEnd"/>
            <w:r>
              <w:t>:     cm</w:t>
            </w:r>
          </w:p>
        </w:tc>
      </w:tr>
      <w:tr w:rsidR="003366DC" w14:paraId="40EFFF0B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425139" w14:textId="4886F77B" w:rsidR="003366DC" w:rsidRDefault="003366DC" w:rsidP="003366DC">
            <w:pPr>
              <w:spacing w:before="20" w:after="20" w:line="252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Traitement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médicamenteux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actuel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2AD0E" w14:textId="77777777" w:rsidR="003366DC" w:rsidRDefault="003366DC" w:rsidP="003366DC"/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5D883" w14:textId="77777777" w:rsidR="003366DC" w:rsidRDefault="003366DC" w:rsidP="003366DC"/>
        </w:tc>
      </w:tr>
      <w:tr w:rsidR="003366DC" w14:paraId="7EF1CFE0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9C5B6C" w14:textId="77777777" w:rsidR="003366DC" w:rsidRDefault="003366DC" w:rsidP="003366DC">
            <w:pPr>
              <w:spacing w:before="20" w:after="20"/>
              <w:jc w:val="center"/>
            </w:pPr>
            <w:proofErr w:type="spellStart"/>
            <w:r>
              <w:rPr>
                <w:b/>
                <w:sz w:val="19"/>
              </w:rPr>
              <w:t>Antécédent</w:t>
            </w:r>
            <w:proofErr w:type="spellEnd"/>
            <w:r>
              <w:rPr>
                <w:b/>
                <w:sz w:val="19"/>
              </w:rPr>
              <w:t xml:space="preserve"> familial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BECD7" w14:textId="77777777" w:rsidR="003366DC" w:rsidRDefault="003366DC" w:rsidP="003366DC">
            <w:pPr>
              <w:spacing w:before="20" w:after="20"/>
              <w:jc w:val="center"/>
            </w:pPr>
            <w:r>
              <w:rPr>
                <w:b/>
                <w:sz w:val="20"/>
              </w:rPr>
              <w:t>Parent 1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DDEB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9CD33" w14:textId="77777777" w:rsidR="003366DC" w:rsidRDefault="003366DC" w:rsidP="003366DC">
            <w:pPr>
              <w:spacing w:before="20" w:after="20"/>
              <w:jc w:val="center"/>
            </w:pPr>
            <w:r>
              <w:rPr>
                <w:b/>
                <w:sz w:val="20"/>
              </w:rPr>
              <w:t>Parent 2</w:t>
            </w:r>
          </w:p>
        </w:tc>
      </w:tr>
      <w:tr w:rsidR="003366DC" w14:paraId="2274573E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B3938A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Puberté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précoce</w:t>
            </w:r>
            <w:proofErr w:type="spellEnd"/>
            <w:r>
              <w:rPr>
                <w:sz w:val="19"/>
              </w:rPr>
              <w:t xml:space="preserve"> (&lt;8 </w:t>
            </w:r>
            <w:proofErr w:type="spellStart"/>
            <w:r>
              <w:rPr>
                <w:sz w:val="19"/>
              </w:rPr>
              <w:t>ans</w:t>
            </w:r>
            <w:proofErr w:type="spellEnd"/>
            <w:r>
              <w:rPr>
                <w:sz w:val="19"/>
              </w:rPr>
              <w:t xml:space="preserve"> fille, &lt;9 </w:t>
            </w:r>
            <w:proofErr w:type="spellStart"/>
            <w:r>
              <w:rPr>
                <w:sz w:val="19"/>
              </w:rPr>
              <w:t>ans</w:t>
            </w:r>
            <w:proofErr w:type="spellEnd"/>
            <w:r>
              <w:rPr>
                <w:sz w:val="19"/>
              </w:rPr>
              <w:t xml:space="preserve"> garçon) </w:t>
            </w:r>
            <w:proofErr w:type="spellStart"/>
            <w:r>
              <w:rPr>
                <w:sz w:val="19"/>
              </w:rPr>
              <w:t>ou</w:t>
            </w:r>
            <w:proofErr w:type="spellEnd"/>
            <w:r>
              <w:rPr>
                <w:sz w:val="19"/>
              </w:rPr>
              <w:t xml:space="preserve"> retard </w:t>
            </w:r>
            <w:proofErr w:type="spellStart"/>
            <w:r>
              <w:rPr>
                <w:sz w:val="19"/>
              </w:rPr>
              <w:t>pubertaire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FD665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49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0C28C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41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7BBECC19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3AC07" w14:textId="77777777" w:rsidR="003366DC" w:rsidRDefault="003366DC" w:rsidP="003366DC">
            <w:pPr>
              <w:spacing w:before="20" w:after="20"/>
            </w:pPr>
            <w:r>
              <w:rPr>
                <w:sz w:val="19"/>
              </w:rPr>
              <w:t xml:space="preserve">Troubles des </w:t>
            </w:r>
            <w:proofErr w:type="spellStart"/>
            <w:r>
              <w:rPr>
                <w:sz w:val="19"/>
              </w:rPr>
              <w:t>règles</w:t>
            </w:r>
            <w:proofErr w:type="spellEnd"/>
            <w:r>
              <w:rPr>
                <w:sz w:val="19"/>
              </w:rPr>
              <w:t xml:space="preserve"> / SOPK / </w:t>
            </w:r>
            <w:proofErr w:type="spellStart"/>
            <w:r>
              <w:rPr>
                <w:sz w:val="19"/>
              </w:rPr>
              <w:t>infertilité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B85D3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62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B9BE1B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42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5786B6C3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A8E76C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Thyroïde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2FC51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3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568058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96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4C422F4B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1E4E59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Diabète</w:t>
            </w:r>
            <w:proofErr w:type="spellEnd"/>
            <w:r>
              <w:rPr>
                <w:sz w:val="19"/>
              </w:rPr>
              <w:t xml:space="preserve"> (type 1, type 2 </w:t>
            </w:r>
            <w:proofErr w:type="spellStart"/>
            <w:r>
              <w:rPr>
                <w:sz w:val="19"/>
              </w:rPr>
              <w:t>ou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gestationnel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B0A1AC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98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370832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30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5CAF5B3A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1D34E0" w14:textId="77777777" w:rsidR="003366DC" w:rsidRDefault="003366DC" w:rsidP="003366DC">
            <w:proofErr w:type="spellStart"/>
            <w:r>
              <w:t>Obésité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824D0A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20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26668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123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2E93AC93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BA9CC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Maladie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cœliaque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r>
              <w:rPr>
                <w:sz w:val="19"/>
              </w:rPr>
              <w:t>autre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maladie</w:t>
            </w:r>
            <w:proofErr w:type="spell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auto-immune</w:t>
            </w:r>
            <w:proofErr w:type="gram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BDCCE7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6A92EF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68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23033782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503D65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Pathologie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hypophysaire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r>
              <w:rPr>
                <w:sz w:val="19"/>
              </w:rPr>
              <w:t>autre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pathologie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endocrinienne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03C2A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57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0BD19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90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3FAE2414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753E62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Dyslipidémie</w:t>
            </w:r>
            <w:proofErr w:type="spellEnd"/>
            <w:r>
              <w:rPr>
                <w:sz w:val="19"/>
              </w:rPr>
              <w:t xml:space="preserve"> / hypertension </w:t>
            </w:r>
            <w:proofErr w:type="spellStart"/>
            <w:r>
              <w:rPr>
                <w:sz w:val="19"/>
              </w:rPr>
              <w:t>précoce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70C5F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62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25907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33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775193F2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AAF87F" w14:textId="77777777" w:rsidR="003366DC" w:rsidRDefault="003366DC" w:rsidP="003366DC">
            <w:pPr>
              <w:spacing w:before="20" w:after="20"/>
            </w:pPr>
            <w:r>
              <w:rPr>
                <w:sz w:val="19"/>
              </w:rPr>
              <w:t xml:space="preserve">Fractures </w:t>
            </w:r>
            <w:proofErr w:type="spellStart"/>
            <w:r>
              <w:rPr>
                <w:sz w:val="19"/>
              </w:rPr>
              <w:t>répétées</w:t>
            </w:r>
            <w:proofErr w:type="spellEnd"/>
            <w:r>
              <w:rPr>
                <w:sz w:val="19"/>
              </w:rPr>
              <w:t xml:space="preserve"> / </w:t>
            </w:r>
            <w:proofErr w:type="spellStart"/>
            <w:r>
              <w:rPr>
                <w:sz w:val="19"/>
              </w:rPr>
              <w:t>maladie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osseuse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BE2D3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86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098574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16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55360BD2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A59ED5" w14:textId="77777777" w:rsidR="003366DC" w:rsidRDefault="003366DC" w:rsidP="003366DC">
            <w:pPr>
              <w:spacing w:before="20" w:after="20"/>
            </w:pPr>
            <w:r>
              <w:rPr>
                <w:sz w:val="19"/>
              </w:rPr>
              <w:t xml:space="preserve">Syndrome </w:t>
            </w:r>
            <w:proofErr w:type="spellStart"/>
            <w:r>
              <w:rPr>
                <w:sz w:val="19"/>
              </w:rPr>
              <w:t>génétique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connu</w:t>
            </w:r>
            <w:proofErr w:type="spellEnd"/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CB04DA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16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6173C" w14:textId="77777777" w:rsidR="003366DC" w:rsidRDefault="003338FE" w:rsidP="003366DC">
            <w:pPr>
              <w:spacing w:before="20" w:after="20"/>
              <w:jc w:val="center"/>
            </w:pPr>
            <w:sdt>
              <w:sdtPr>
                <w:id w:val="17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rPr>
                    <w:sz w:val="20"/>
                  </w:rPr>
                  <w:t>☐</w:t>
                </w:r>
              </w:sdtContent>
            </w:sdt>
          </w:p>
        </w:tc>
      </w:tr>
      <w:tr w:rsidR="003366DC" w14:paraId="045F71A3" w14:textId="77777777" w:rsidTr="00665166">
        <w:trPr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706BE1" w14:textId="77777777" w:rsidR="003366DC" w:rsidRDefault="003366DC" w:rsidP="003366DC">
            <w:pPr>
              <w:spacing w:before="20" w:after="20"/>
            </w:pPr>
            <w:proofErr w:type="spellStart"/>
            <w:r>
              <w:rPr>
                <w:sz w:val="19"/>
              </w:rPr>
              <w:t>Autres</w:t>
            </w:r>
            <w:proofErr w:type="spellEnd"/>
            <w:r>
              <w:rPr>
                <w:sz w:val="19"/>
              </w:rPr>
              <w:t xml:space="preserve"> (</w:t>
            </w:r>
            <w:proofErr w:type="spellStart"/>
            <w:r>
              <w:rPr>
                <w:sz w:val="19"/>
              </w:rPr>
              <w:t>précisez</w:t>
            </w:r>
            <w:proofErr w:type="spellEnd"/>
            <w:r>
              <w:rPr>
                <w:sz w:val="19"/>
              </w:rPr>
              <w:t>)</w:t>
            </w:r>
          </w:p>
        </w:tc>
        <w:tc>
          <w:tcPr>
            <w:tcW w:w="23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7627E" w14:textId="77777777" w:rsidR="003366DC" w:rsidRDefault="003366DC" w:rsidP="003366DC">
            <w:pPr>
              <w:spacing w:before="20" w:after="20"/>
              <w:jc w:val="center"/>
            </w:pPr>
            <w:r>
              <w:rPr>
                <w:sz w:val="18"/>
              </w:rPr>
              <w:t>................................</w:t>
            </w:r>
          </w:p>
        </w:tc>
        <w:tc>
          <w:tcPr>
            <w:tcW w:w="363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BA47C1" w14:textId="77777777" w:rsidR="003366DC" w:rsidRDefault="003366DC" w:rsidP="003366DC">
            <w:pPr>
              <w:spacing w:before="20" w:after="20"/>
              <w:jc w:val="center"/>
            </w:pPr>
            <w:r>
              <w:rPr>
                <w:sz w:val="18"/>
              </w:rPr>
              <w:t>................................</w:t>
            </w:r>
          </w:p>
        </w:tc>
      </w:tr>
      <w:tr w:rsidR="003366DC" w14:paraId="1BCABB9D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7285F" w14:textId="77777777" w:rsidR="003366DC" w:rsidRDefault="003366DC" w:rsidP="003366DC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Précisions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gramStart"/>
            <w:r>
              <w:rPr>
                <w:b/>
                <w:sz w:val="20"/>
              </w:rPr>
              <w:t>qui ?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quel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diagnostic ?</w:t>
            </w:r>
            <w:proofErr w:type="gramEnd"/>
            <w:r>
              <w:rPr>
                <w:b/>
                <w:sz w:val="20"/>
              </w:rPr>
              <w:t xml:space="preserve"> à </w:t>
            </w:r>
            <w:proofErr w:type="spellStart"/>
            <w:r>
              <w:rPr>
                <w:b/>
                <w:sz w:val="20"/>
              </w:rPr>
              <w:t>quel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âge</w:t>
            </w:r>
            <w:proofErr w:type="spellEnd"/>
            <w:r>
              <w:rPr>
                <w:b/>
                <w:sz w:val="20"/>
              </w:rPr>
              <w:t xml:space="preserve"> ?)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49A28" w14:textId="77777777" w:rsidR="003366DC" w:rsidRDefault="003366DC" w:rsidP="003366DC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366DC" w14:paraId="05D0AF84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C29A9" w14:textId="78D68965" w:rsidR="003366DC" w:rsidRDefault="003366DC" w:rsidP="003366DC">
            <w:proofErr w:type="spellStart"/>
            <w:proofErr w:type="gramStart"/>
            <w:r>
              <w:t>Fratrie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prénom</w:t>
            </w:r>
            <w:proofErr w:type="spellEnd"/>
            <w:r>
              <w:t xml:space="preserve">, date de naissance, taille, </w:t>
            </w:r>
            <w:proofErr w:type="spellStart"/>
            <w:r>
              <w:t>poids</w:t>
            </w:r>
            <w:proofErr w:type="spellEnd"/>
            <w:r>
              <w:t xml:space="preserve">, </w:t>
            </w:r>
            <w:proofErr w:type="spellStart"/>
            <w:r>
              <w:t>maladie</w:t>
            </w:r>
            <w:proofErr w:type="spellEnd"/>
            <w:r>
              <w:t xml:space="preserve"> </w:t>
            </w:r>
            <w:proofErr w:type="gramStart"/>
            <w:r>
              <w:t>chronique ?</w:t>
            </w:r>
            <w:proofErr w:type="gramEnd"/>
            <w:r>
              <w:t xml:space="preserve">, </w:t>
            </w:r>
            <w:proofErr w:type="spellStart"/>
            <w:r>
              <w:t>difficultés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d’apprentissage</w:t>
            </w:r>
            <w:proofErr w:type="spellEnd"/>
            <w:r>
              <w:t xml:space="preserve"> ?</w:t>
            </w:r>
            <w:proofErr w:type="gram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271800" w14:textId="77777777" w:rsidR="003366DC" w:rsidRDefault="003366DC" w:rsidP="003366DC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366DC" w14:paraId="47711D18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EA0391" w14:textId="780D5462" w:rsidR="003366DC" w:rsidRDefault="003366DC" w:rsidP="003366DC">
            <w:r>
              <w:t xml:space="preserve">Parents </w:t>
            </w:r>
            <w:proofErr w:type="spellStart"/>
            <w:r>
              <w:t>séparés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79662" w14:textId="326B336E" w:rsidR="003366DC" w:rsidRDefault="003338FE" w:rsidP="003366DC">
            <w:sdt>
              <w:sdtPr>
                <w:id w:val="460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t>☐</w:t>
                </w:r>
              </w:sdtContent>
            </w:sdt>
            <w:r w:rsidR="003366DC">
              <w:t xml:space="preserve"> Non   </w:t>
            </w:r>
            <w:sdt>
              <w:sdtPr>
                <w:id w:val="78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DC">
                  <w:t>☐</w:t>
                </w:r>
              </w:sdtContent>
            </w:sdt>
            <w:r w:rsidR="003366DC">
              <w:t xml:space="preserve"> Oui, </w:t>
            </w:r>
            <w:proofErr w:type="spellStart"/>
            <w:r w:rsidR="003366DC">
              <w:t>depuis</w:t>
            </w:r>
            <w:proofErr w:type="spellEnd"/>
            <w:r w:rsidR="003366DC">
              <w:t xml:space="preserve"> ........................................................</w:t>
            </w:r>
          </w:p>
        </w:tc>
      </w:tr>
      <w:tr w:rsidR="003366DC" w14:paraId="307C3368" w14:textId="77777777" w:rsidTr="00665166">
        <w:trPr>
          <w:cantSplit/>
          <w:jc w:val="center"/>
        </w:trPr>
        <w:tc>
          <w:tcPr>
            <w:tcW w:w="511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760659" w14:textId="5DE82E3A" w:rsidR="003366DC" w:rsidRDefault="003366DC" w:rsidP="003366DC">
            <w:r>
              <w:t xml:space="preserve">Taille des grands-parents </w:t>
            </w:r>
            <w:proofErr w:type="spellStart"/>
            <w:r>
              <w:t>si</w:t>
            </w:r>
            <w:proofErr w:type="spellEnd"/>
            <w:r>
              <w:t xml:space="preserve"> information utile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E5C00" w14:textId="77777777" w:rsidR="003366DC" w:rsidRDefault="003366DC" w:rsidP="003366DC">
            <w:r>
              <w:t>................................................................................................................</w:t>
            </w:r>
          </w:p>
        </w:tc>
      </w:tr>
    </w:tbl>
    <w:p w14:paraId="27CCFA98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1645"/>
        <w:gridCol w:w="2324"/>
        <w:gridCol w:w="2666"/>
        <w:gridCol w:w="1019"/>
      </w:tblGrid>
      <w:tr w:rsidR="003C07A4" w14:paraId="580A7EEB" w14:textId="77777777">
        <w:trPr>
          <w:gridAfter w:val="1"/>
          <w:wAfter w:w="115" w:type="dxa"/>
          <w:cantSplit/>
          <w:jc w:val="center"/>
        </w:trPr>
        <w:tc>
          <w:tcPr>
            <w:tcW w:w="9866" w:type="dxa"/>
            <w:gridSpan w:val="4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B65C93" w14:textId="77777777" w:rsidR="003C07A4" w:rsidRDefault="00A96520">
            <w:r>
              <w:t xml:space="preserve">3. </w:t>
            </w:r>
            <w:proofErr w:type="spellStart"/>
            <w:r>
              <w:t>Grossesse</w:t>
            </w:r>
            <w:proofErr w:type="spellEnd"/>
            <w:r>
              <w:t xml:space="preserve">, naissance et </w:t>
            </w:r>
            <w:proofErr w:type="spellStart"/>
            <w:r>
              <w:t>période</w:t>
            </w:r>
            <w:proofErr w:type="spellEnd"/>
            <w:r>
              <w:t xml:space="preserve"> </w:t>
            </w:r>
            <w:proofErr w:type="spellStart"/>
            <w:r>
              <w:t>néonatale</w:t>
            </w:r>
            <w:proofErr w:type="spellEnd"/>
          </w:p>
        </w:tc>
      </w:tr>
      <w:tr w:rsidR="003C07A4" w14:paraId="1403B808" w14:textId="77777777">
        <w:trPr>
          <w:cantSplit/>
          <w:jc w:val="center"/>
        </w:trPr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B3DF9B" w14:textId="77777777" w:rsidR="003C07A4" w:rsidRDefault="003338FE">
            <w:pPr>
              <w:spacing w:before="20" w:after="20" w:line="252" w:lineRule="auto"/>
            </w:pPr>
            <w:sdt>
              <w:sdtPr>
                <w:id w:val="73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Grossesse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spontanée</w:t>
            </w:r>
            <w:proofErr w:type="spellEnd"/>
          </w:p>
        </w:tc>
        <w:tc>
          <w:tcPr>
            <w:tcW w:w="4876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95F5CF" w14:textId="77777777" w:rsidR="003C07A4" w:rsidRDefault="003338FE">
            <w:pPr>
              <w:spacing w:before="20" w:after="20" w:line="252" w:lineRule="auto"/>
            </w:pPr>
            <w:sdt>
              <w:sdtPr>
                <w:id w:val="48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Stimulation </w:t>
            </w:r>
            <w:proofErr w:type="spellStart"/>
            <w:r w:rsidR="00A96520">
              <w:rPr>
                <w:sz w:val="20"/>
              </w:rPr>
              <w:t>ovarienne</w:t>
            </w:r>
            <w:proofErr w:type="spellEnd"/>
            <w:r w:rsidR="00A96520">
              <w:rPr>
                <w:sz w:val="20"/>
              </w:rPr>
              <w:t xml:space="preserve"> / AMP</w:t>
            </w:r>
          </w:p>
        </w:tc>
      </w:tr>
      <w:tr w:rsidR="003C07A4" w14:paraId="02105BC8" w14:textId="77777777">
        <w:trPr>
          <w:cantSplit/>
          <w:jc w:val="center"/>
        </w:trPr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B7B65D" w14:textId="77777777" w:rsidR="003C07A4" w:rsidRDefault="003338FE">
            <w:pPr>
              <w:spacing w:before="20" w:after="20" w:line="252" w:lineRule="auto"/>
            </w:pPr>
            <w:sdt>
              <w:sdtPr>
                <w:id w:val="12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FIV / ICSI</w:t>
            </w:r>
          </w:p>
        </w:tc>
        <w:tc>
          <w:tcPr>
            <w:tcW w:w="4876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C009D" w14:textId="77777777" w:rsidR="003C07A4" w:rsidRDefault="003338FE">
            <w:pPr>
              <w:spacing w:before="20" w:after="20" w:line="252" w:lineRule="auto"/>
            </w:pPr>
            <w:sdt>
              <w:sdtPr>
                <w:id w:val="60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Grossesse</w:t>
            </w:r>
            <w:proofErr w:type="spellEnd"/>
            <w:r w:rsidR="00A96520">
              <w:rPr>
                <w:sz w:val="20"/>
              </w:rPr>
              <w:t xml:space="preserve"> multiple</w:t>
            </w:r>
          </w:p>
        </w:tc>
      </w:tr>
      <w:tr w:rsidR="003C07A4" w14:paraId="2488E931" w14:textId="77777777">
        <w:trPr>
          <w:cantSplit/>
          <w:jc w:val="center"/>
        </w:trPr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DCBD7" w14:textId="77777777" w:rsidR="003C07A4" w:rsidRDefault="003338FE">
            <w:pPr>
              <w:spacing w:before="20" w:after="20" w:line="252" w:lineRule="auto"/>
            </w:pPr>
            <w:sdt>
              <w:sdtPr>
                <w:id w:val="29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Aucune</w:t>
            </w:r>
            <w:proofErr w:type="spellEnd"/>
            <w:r w:rsidR="00A96520">
              <w:rPr>
                <w:sz w:val="20"/>
              </w:rPr>
              <w:t xml:space="preserve"> complication </w:t>
            </w:r>
            <w:proofErr w:type="spellStart"/>
            <w:r w:rsidR="00A96520">
              <w:rPr>
                <w:sz w:val="20"/>
              </w:rPr>
              <w:t>connue</w:t>
            </w:r>
            <w:proofErr w:type="spellEnd"/>
          </w:p>
        </w:tc>
        <w:tc>
          <w:tcPr>
            <w:tcW w:w="4876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1DC2F" w14:textId="77777777" w:rsidR="003C07A4" w:rsidRDefault="003C07A4">
            <w:pPr>
              <w:spacing w:before="20" w:after="20" w:line="252" w:lineRule="auto"/>
            </w:pPr>
          </w:p>
        </w:tc>
      </w:tr>
      <w:tr w:rsidR="003C07A4" w14:paraId="4583A1DE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6C8C7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Complications pendant la </w:t>
            </w:r>
            <w:proofErr w:type="spellStart"/>
            <w:r>
              <w:rPr>
                <w:b/>
                <w:sz w:val="20"/>
              </w:rPr>
              <w:t>grossesse</w:t>
            </w:r>
            <w:proofErr w:type="spellEnd"/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15B2E" w14:textId="77777777" w:rsidR="003C07A4" w:rsidRDefault="003338FE">
            <w:pPr>
              <w:spacing w:before="20" w:after="20" w:line="252" w:lineRule="auto"/>
            </w:pPr>
            <w:sdt>
              <w:sdtPr>
                <w:id w:val="39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Diabète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gestationnel</w:t>
            </w:r>
            <w:proofErr w:type="spellEnd"/>
            <w:r w:rsidR="00A96520">
              <w:rPr>
                <w:sz w:val="20"/>
              </w:rPr>
              <w:t xml:space="preserve">   </w:t>
            </w:r>
            <w:sdt>
              <w:sdtPr>
                <w:id w:val="120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Hypertension / </w:t>
            </w:r>
            <w:proofErr w:type="spellStart"/>
            <w:r w:rsidR="00A96520">
              <w:rPr>
                <w:sz w:val="20"/>
              </w:rPr>
              <w:t>pré-éclampsie</w:t>
            </w:r>
            <w:proofErr w:type="spellEnd"/>
            <w:r w:rsidR="00A96520">
              <w:rPr>
                <w:sz w:val="20"/>
              </w:rPr>
              <w:t xml:space="preserve">   </w:t>
            </w:r>
            <w:sdt>
              <w:sdtPr>
                <w:id w:val="6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Retard de </w:t>
            </w:r>
            <w:proofErr w:type="spellStart"/>
            <w:r w:rsidR="00A96520">
              <w:rPr>
                <w:sz w:val="20"/>
              </w:rPr>
              <w:t>croissance</w:t>
            </w:r>
            <w:proofErr w:type="spellEnd"/>
            <w:r w:rsidR="00A96520">
              <w:rPr>
                <w:sz w:val="20"/>
              </w:rPr>
              <w:t xml:space="preserve"> in utero</w:t>
            </w:r>
          </w:p>
        </w:tc>
      </w:tr>
      <w:tr w:rsidR="003C07A4" w14:paraId="2EC2C125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5974A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Tabac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alcool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autres</w:t>
            </w:r>
            <w:proofErr w:type="spellEnd"/>
            <w:r>
              <w:rPr>
                <w:b/>
                <w:sz w:val="20"/>
              </w:rPr>
              <w:t xml:space="preserve"> expositions</w:t>
            </w:r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E9E353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66B410F7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7861B1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Maladies </w:t>
            </w:r>
            <w:proofErr w:type="spellStart"/>
            <w:r>
              <w:rPr>
                <w:b/>
                <w:sz w:val="20"/>
              </w:rPr>
              <w:t>maternelles</w:t>
            </w:r>
            <w:proofErr w:type="spellEnd"/>
            <w:r>
              <w:rPr>
                <w:b/>
                <w:sz w:val="20"/>
              </w:rPr>
              <w:t xml:space="preserve"> pendant la </w:t>
            </w:r>
            <w:proofErr w:type="spellStart"/>
            <w:r>
              <w:rPr>
                <w:b/>
                <w:sz w:val="20"/>
              </w:rPr>
              <w:t>grossesse</w:t>
            </w:r>
            <w:proofErr w:type="spellEnd"/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486E16" w14:textId="77777777" w:rsidR="003C07A4" w:rsidRDefault="003338FE">
            <w:pPr>
              <w:spacing w:before="20" w:after="20" w:line="252" w:lineRule="auto"/>
            </w:pPr>
            <w:sdt>
              <w:sdtPr>
                <w:id w:val="97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Thyroïde</w:t>
            </w:r>
            <w:proofErr w:type="spellEnd"/>
            <w:r w:rsidR="00A96520">
              <w:rPr>
                <w:sz w:val="20"/>
              </w:rPr>
              <w:t xml:space="preserve">   </w:t>
            </w:r>
            <w:sdt>
              <w:sdtPr>
                <w:id w:val="64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Diabète   </w:t>
            </w:r>
            <w:sdt>
              <w:sdtPr>
                <w:id w:val="85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Auto-</w:t>
            </w:r>
            <w:proofErr w:type="spellStart"/>
            <w:r w:rsidR="00A96520">
              <w:rPr>
                <w:sz w:val="20"/>
              </w:rPr>
              <w:t>immunité</w:t>
            </w:r>
            <w:proofErr w:type="spellEnd"/>
            <w:r w:rsidR="00A96520">
              <w:rPr>
                <w:sz w:val="20"/>
              </w:rPr>
              <w:t xml:space="preserve">   </w:t>
            </w:r>
            <w:sdt>
              <w:sdtPr>
                <w:id w:val="49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proofErr w:type="gramStart"/>
            <w:r w:rsidR="00A96520">
              <w:rPr>
                <w:sz w:val="20"/>
              </w:rPr>
              <w:t>Autre</w:t>
            </w:r>
            <w:proofErr w:type="spellEnd"/>
            <w:r w:rsidR="00A96520">
              <w:rPr>
                <w:sz w:val="20"/>
              </w:rPr>
              <w:t xml:space="preserve"> :</w:t>
            </w:r>
            <w:proofErr w:type="gramEnd"/>
            <w:r w:rsidR="00A96520">
              <w:rPr>
                <w:sz w:val="20"/>
              </w:rPr>
              <w:t xml:space="preserve"> .....................................</w:t>
            </w:r>
          </w:p>
        </w:tc>
      </w:tr>
      <w:tr w:rsidR="003C07A4" w14:paraId="3AFFAF83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FBCA4E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Médicaments</w:t>
            </w:r>
            <w:proofErr w:type="spellEnd"/>
            <w:r>
              <w:rPr>
                <w:b/>
                <w:sz w:val="20"/>
              </w:rPr>
              <w:t xml:space="preserve"> pendant la </w:t>
            </w:r>
            <w:proofErr w:type="spellStart"/>
            <w:r>
              <w:rPr>
                <w:b/>
                <w:sz w:val="20"/>
              </w:rPr>
              <w:t>grossesse</w:t>
            </w:r>
            <w:proofErr w:type="spellEnd"/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8CEA26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50137823" w14:textId="77777777">
        <w:trPr>
          <w:cantSplit/>
          <w:tblHeader/>
          <w:jc w:val="center"/>
        </w:trPr>
        <w:tc>
          <w:tcPr>
            <w:tcW w:w="2381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FD0A28" w14:textId="77777777" w:rsidR="003C07A4" w:rsidRDefault="00A96520">
            <w:proofErr w:type="spellStart"/>
            <w:r>
              <w:t>Âge</w:t>
            </w:r>
            <w:proofErr w:type="spellEnd"/>
            <w:r>
              <w:t xml:space="preserve"> </w:t>
            </w:r>
            <w:proofErr w:type="spellStart"/>
            <w:r>
              <w:t>gestationnel</w:t>
            </w:r>
            <w:proofErr w:type="spellEnd"/>
            <w:r>
              <w:t xml:space="preserve"> (SA / </w:t>
            </w:r>
            <w:proofErr w:type="spellStart"/>
            <w:r>
              <w:t>terme</w:t>
            </w:r>
            <w:proofErr w:type="spellEnd"/>
            <w:r>
              <w:t>)</w:t>
            </w:r>
          </w:p>
        </w:tc>
        <w:tc>
          <w:tcPr>
            <w:tcW w:w="396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7B8B00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Mode </w:t>
            </w:r>
            <w:proofErr w:type="spellStart"/>
            <w:r>
              <w:rPr>
                <w:b/>
                <w:sz w:val="20"/>
              </w:rPr>
              <w:t>d'accouchement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90838C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Présentation</w:t>
            </w:r>
            <w:proofErr w:type="spellEnd"/>
          </w:p>
        </w:tc>
      </w:tr>
      <w:tr w:rsidR="003C07A4" w14:paraId="37FC384B" w14:textId="77777777">
        <w:trPr>
          <w:cantSplit/>
          <w:jc w:val="center"/>
        </w:trPr>
        <w:tc>
          <w:tcPr>
            <w:tcW w:w="2381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F4AE4F" w14:textId="0843F533" w:rsidR="003C07A4" w:rsidRDefault="00A96520">
            <w:r>
              <w:t xml:space="preserve">................ </w:t>
            </w:r>
            <w:proofErr w:type="spellStart"/>
            <w:r>
              <w:t>S</w:t>
            </w:r>
            <w:r w:rsidR="002F7012">
              <w:t>emaines</w:t>
            </w:r>
            <w:proofErr w:type="spellEnd"/>
            <w:r>
              <w:t xml:space="preserve"> </w:t>
            </w:r>
            <w:r w:rsidR="002F7012">
              <w:t xml:space="preserve">+ </w:t>
            </w:r>
            <w:proofErr w:type="spellStart"/>
            <w:r w:rsidR="002F7012">
              <w:t>jours</w:t>
            </w:r>
            <w:proofErr w:type="spellEnd"/>
            <w:r w:rsidR="002F7012">
              <w:t xml:space="preserve"> (</w:t>
            </w:r>
            <w:proofErr w:type="spellStart"/>
            <w:proofErr w:type="gramStart"/>
            <w:r w:rsidR="002F7012">
              <w:t>exemple</w:t>
            </w:r>
            <w:proofErr w:type="spellEnd"/>
            <w:proofErr w:type="gramEnd"/>
            <w:r w:rsidR="002F7012">
              <w:t xml:space="preserve"> 40 +5/7)</w:t>
            </w:r>
          </w:p>
        </w:tc>
        <w:tc>
          <w:tcPr>
            <w:tcW w:w="396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CFCD23" w14:textId="77777777" w:rsidR="003C07A4" w:rsidRDefault="003338FE">
            <w:pPr>
              <w:spacing w:before="20" w:after="20" w:line="252" w:lineRule="auto"/>
            </w:pPr>
            <w:sdt>
              <w:sdtPr>
                <w:id w:val="892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Voie </w:t>
            </w:r>
            <w:proofErr w:type="spellStart"/>
            <w:r w:rsidR="00A96520">
              <w:rPr>
                <w:sz w:val="20"/>
              </w:rPr>
              <w:t>basse</w:t>
            </w:r>
            <w:proofErr w:type="spellEnd"/>
            <w:r w:rsidR="00A96520">
              <w:rPr>
                <w:sz w:val="20"/>
              </w:rPr>
              <w:t xml:space="preserve">   </w:t>
            </w:r>
            <w:sdt>
              <w:sdtPr>
                <w:id w:val="508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Césarienne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FD99A5" w14:textId="77777777" w:rsidR="003C07A4" w:rsidRDefault="003338FE">
            <w:pPr>
              <w:spacing w:before="20" w:after="20" w:line="252" w:lineRule="auto"/>
            </w:pPr>
            <w:sdt>
              <w:sdtPr>
                <w:id w:val="33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Tête   </w:t>
            </w:r>
            <w:sdt>
              <w:sdtPr>
                <w:id w:val="81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Siège</w:t>
            </w:r>
            <w:proofErr w:type="spellEnd"/>
            <w:r w:rsidR="00A96520">
              <w:rPr>
                <w:sz w:val="20"/>
              </w:rPr>
              <w:t xml:space="preserve">   </w:t>
            </w:r>
            <w:sdt>
              <w:sdtPr>
                <w:id w:val="886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Autre</w:t>
            </w:r>
            <w:proofErr w:type="spellEnd"/>
          </w:p>
        </w:tc>
      </w:tr>
      <w:tr w:rsidR="003C07A4" w14:paraId="62A8376F" w14:textId="77777777">
        <w:trPr>
          <w:cantSplit/>
          <w:tblHeader/>
          <w:jc w:val="center"/>
        </w:trPr>
        <w:tc>
          <w:tcPr>
            <w:tcW w:w="3231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08578E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Poids</w:t>
            </w:r>
            <w:proofErr w:type="spellEnd"/>
            <w:r>
              <w:rPr>
                <w:b/>
                <w:sz w:val="20"/>
              </w:rPr>
              <w:t xml:space="preserve"> de naissance</w:t>
            </w:r>
          </w:p>
        </w:tc>
        <w:tc>
          <w:tcPr>
            <w:tcW w:w="323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3D945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>Taille de naissance</w:t>
            </w:r>
          </w:p>
        </w:tc>
        <w:tc>
          <w:tcPr>
            <w:tcW w:w="3288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83217B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Périmètre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crânien</w:t>
            </w:r>
            <w:proofErr w:type="spellEnd"/>
          </w:p>
        </w:tc>
      </w:tr>
      <w:tr w:rsidR="003C07A4" w14:paraId="054FD1BB" w14:textId="77777777">
        <w:trPr>
          <w:cantSplit/>
          <w:jc w:val="center"/>
        </w:trPr>
        <w:tc>
          <w:tcPr>
            <w:tcW w:w="3231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638FAA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 g</w:t>
            </w:r>
          </w:p>
        </w:tc>
        <w:tc>
          <w:tcPr>
            <w:tcW w:w="3231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8B4DA5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 cm</w:t>
            </w:r>
          </w:p>
        </w:tc>
        <w:tc>
          <w:tcPr>
            <w:tcW w:w="3288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E6118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 cm</w:t>
            </w:r>
          </w:p>
        </w:tc>
      </w:tr>
      <w:tr w:rsidR="003C07A4" w14:paraId="78AF3DDA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D97A6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Séjour </w:t>
            </w: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néonatologie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réanimation</w:t>
            </w:r>
            <w:proofErr w:type="spellEnd"/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F954C" w14:textId="77777777" w:rsidR="003C07A4" w:rsidRDefault="003338FE">
            <w:pPr>
              <w:spacing w:before="20" w:after="20" w:line="252" w:lineRule="auto"/>
            </w:pPr>
            <w:sdt>
              <w:sdtPr>
                <w:id w:val="699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Non   </w:t>
            </w:r>
            <w:sdt>
              <w:sdtPr>
                <w:id w:val="92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Oui - lieu / durée / </w:t>
            </w:r>
            <w:proofErr w:type="gramStart"/>
            <w:r w:rsidR="00A96520">
              <w:rPr>
                <w:sz w:val="20"/>
              </w:rPr>
              <w:t>motif :</w:t>
            </w:r>
            <w:proofErr w:type="gramEnd"/>
            <w:r w:rsidR="00A96520">
              <w:rPr>
                <w:sz w:val="20"/>
              </w:rPr>
              <w:t xml:space="preserve"> ...................................................</w:t>
            </w:r>
          </w:p>
        </w:tc>
      </w:tr>
      <w:tr w:rsidR="003C07A4" w14:paraId="55838396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4CBB4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Problèmes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néonataux</w:t>
            </w:r>
            <w:proofErr w:type="spellEnd"/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67ADCD" w14:textId="77777777" w:rsidR="003C07A4" w:rsidRDefault="00A96520">
            <w:r>
              <w:t xml:space="preserve">☐ </w:t>
            </w:r>
            <w:proofErr w:type="spellStart"/>
            <w:r>
              <w:t>Hypoglycémie</w:t>
            </w:r>
            <w:proofErr w:type="spellEnd"/>
            <w:r>
              <w:t xml:space="preserve">   ☐ </w:t>
            </w:r>
            <w:proofErr w:type="spellStart"/>
            <w:r>
              <w:t>Jaunisse</w:t>
            </w:r>
            <w:proofErr w:type="spellEnd"/>
            <w:r>
              <w:t xml:space="preserve"> avec </w:t>
            </w:r>
            <w:proofErr w:type="spellStart"/>
            <w:r>
              <w:t>nécessité</w:t>
            </w:r>
            <w:proofErr w:type="spellEnd"/>
            <w:r>
              <w:t xml:space="preserve"> de </w:t>
            </w:r>
            <w:proofErr w:type="spellStart"/>
            <w:r>
              <w:t>photothérapie</w:t>
            </w:r>
            <w:proofErr w:type="spellEnd"/>
            <w:r>
              <w:br/>
              <w:t xml:space="preserve">☐ </w:t>
            </w:r>
            <w:proofErr w:type="spellStart"/>
            <w:r>
              <w:t>Détresse</w:t>
            </w:r>
            <w:proofErr w:type="spellEnd"/>
            <w:r>
              <w:t xml:space="preserve"> </w:t>
            </w:r>
            <w:proofErr w:type="spellStart"/>
            <w:r>
              <w:t>respiratoire</w:t>
            </w:r>
            <w:proofErr w:type="spellEnd"/>
            <w:r>
              <w:t xml:space="preserve">   ☐ </w:t>
            </w:r>
            <w:proofErr w:type="spellStart"/>
            <w:r>
              <w:t>Testicules</w:t>
            </w:r>
            <w:proofErr w:type="spellEnd"/>
            <w:r>
              <w:t xml:space="preserve"> pas </w:t>
            </w:r>
            <w:proofErr w:type="spellStart"/>
            <w:r>
              <w:t>en</w:t>
            </w:r>
            <w:proofErr w:type="spellEnd"/>
            <w:r>
              <w:t xml:space="preserve"> place</w:t>
            </w:r>
            <w:r>
              <w:br/>
              <w:t xml:space="preserve">☐ </w:t>
            </w:r>
            <w:proofErr w:type="spellStart"/>
            <w:proofErr w:type="gramStart"/>
            <w:r>
              <w:t>Autre</w:t>
            </w:r>
            <w:proofErr w:type="spellEnd"/>
            <w:r>
              <w:t xml:space="preserve"> :</w:t>
            </w:r>
            <w:proofErr w:type="gramEnd"/>
            <w:r>
              <w:t xml:space="preserve"> .....................................</w:t>
            </w:r>
          </w:p>
        </w:tc>
      </w:tr>
      <w:tr w:rsidR="003C07A4" w14:paraId="0D1A55DD" w14:textId="77777777">
        <w:trPr>
          <w:cantSplit/>
          <w:jc w:val="center"/>
        </w:trPr>
        <w:tc>
          <w:tcPr>
            <w:tcW w:w="3742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C03D5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Allaitement</w:t>
            </w:r>
            <w:proofErr w:type="spellEnd"/>
          </w:p>
        </w:tc>
        <w:tc>
          <w:tcPr>
            <w:tcW w:w="6009" w:type="dxa"/>
            <w:gridSpan w:val="3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0BE343" w14:textId="77777777" w:rsidR="003C07A4" w:rsidRDefault="003338FE">
            <w:pPr>
              <w:spacing w:before="20" w:after="20" w:line="252" w:lineRule="auto"/>
            </w:pPr>
            <w:sdt>
              <w:sdtPr>
                <w:id w:val="29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Non   </w:t>
            </w:r>
            <w:sdt>
              <w:sdtPr>
                <w:id w:val="57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Oui, </w:t>
            </w:r>
            <w:proofErr w:type="spellStart"/>
            <w:r w:rsidR="00A96520">
              <w:rPr>
                <w:sz w:val="20"/>
              </w:rPr>
              <w:t>exclusif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jusqu'à</w:t>
            </w:r>
            <w:proofErr w:type="spellEnd"/>
            <w:r w:rsidR="00A96520">
              <w:rPr>
                <w:sz w:val="20"/>
              </w:rPr>
              <w:t xml:space="preserve"> ........ </w:t>
            </w:r>
            <w:proofErr w:type="spellStart"/>
            <w:proofErr w:type="gramStart"/>
            <w:r w:rsidR="00A96520">
              <w:rPr>
                <w:sz w:val="20"/>
              </w:rPr>
              <w:t>mois</w:t>
            </w:r>
            <w:proofErr w:type="spellEnd"/>
            <w:r w:rsidR="00A96520">
              <w:rPr>
                <w:sz w:val="20"/>
              </w:rPr>
              <w:t xml:space="preserve"> ;</w:t>
            </w:r>
            <w:proofErr w:type="gramEnd"/>
            <w:r w:rsidR="00A96520">
              <w:rPr>
                <w:sz w:val="20"/>
              </w:rPr>
              <w:t xml:space="preserve"> diversification vers ........ </w:t>
            </w:r>
            <w:proofErr w:type="spellStart"/>
            <w:r w:rsidR="00A96520">
              <w:rPr>
                <w:sz w:val="20"/>
              </w:rPr>
              <w:t>mois</w:t>
            </w:r>
            <w:proofErr w:type="spellEnd"/>
          </w:p>
        </w:tc>
      </w:tr>
    </w:tbl>
    <w:p w14:paraId="465CAE91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6124"/>
        <w:gridCol w:w="115"/>
      </w:tblGrid>
      <w:tr w:rsidR="003C07A4" w14:paraId="13ACB51B" w14:textId="77777777">
        <w:trPr>
          <w:gridAfter w:val="1"/>
          <w:wAfter w:w="115" w:type="dxa"/>
          <w:cantSplit/>
          <w:jc w:val="center"/>
        </w:trPr>
        <w:tc>
          <w:tcPr>
            <w:tcW w:w="9866" w:type="dxa"/>
            <w:gridSpan w:val="2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A1BBC0" w14:textId="77777777" w:rsidR="003C07A4" w:rsidRDefault="00A96520">
            <w:r>
              <w:t xml:space="preserve">4. </w:t>
            </w:r>
            <w:proofErr w:type="spellStart"/>
            <w:r>
              <w:t>Antécédents</w:t>
            </w:r>
            <w:proofErr w:type="spellEnd"/>
            <w:r>
              <w:t xml:space="preserve"> personnels</w:t>
            </w:r>
          </w:p>
        </w:tc>
      </w:tr>
      <w:tr w:rsidR="003C07A4" w14:paraId="2FE66EAA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AC8620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Antécédents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médicaux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importants</w:t>
            </w:r>
            <w:proofErr w:type="spellEnd"/>
            <w:r>
              <w:rPr>
                <w:b/>
                <w:sz w:val="20"/>
              </w:rPr>
              <w:t xml:space="preserve"> / diagnostics </w:t>
            </w:r>
            <w:proofErr w:type="spellStart"/>
            <w:r>
              <w:rPr>
                <w:b/>
                <w:sz w:val="20"/>
              </w:rPr>
              <w:t>connus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2781A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0A51212F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034EB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Hospitalisations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opérations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année</w:t>
            </w:r>
            <w:proofErr w:type="spellEnd"/>
            <w:r>
              <w:rPr>
                <w:b/>
                <w:sz w:val="20"/>
              </w:rPr>
              <w:t>, motif)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AE7F2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3D20BB5D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2BBB3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Médicaments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actuels</w:t>
            </w:r>
            <w:proofErr w:type="spellEnd"/>
            <w:r>
              <w:rPr>
                <w:b/>
                <w:sz w:val="20"/>
              </w:rPr>
              <w:t xml:space="preserve"> (y </w:t>
            </w:r>
            <w:proofErr w:type="spellStart"/>
            <w:r>
              <w:rPr>
                <w:b/>
                <w:sz w:val="20"/>
              </w:rPr>
              <w:t>compris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vitamine</w:t>
            </w:r>
            <w:proofErr w:type="spellEnd"/>
            <w:r>
              <w:rPr>
                <w:b/>
                <w:sz w:val="20"/>
              </w:rPr>
              <w:t xml:space="preserve"> D, </w:t>
            </w:r>
            <w:proofErr w:type="spellStart"/>
            <w:r>
              <w:rPr>
                <w:b/>
                <w:sz w:val="20"/>
              </w:rPr>
              <w:t>compléments</w:t>
            </w:r>
            <w:proofErr w:type="spellEnd"/>
            <w:r>
              <w:rPr>
                <w:b/>
                <w:sz w:val="20"/>
              </w:rPr>
              <w:t xml:space="preserve">, contraception, </w:t>
            </w:r>
            <w:proofErr w:type="spellStart"/>
            <w:r>
              <w:rPr>
                <w:b/>
                <w:sz w:val="20"/>
              </w:rPr>
              <w:t>topiques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inhalateurs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7A1A2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5038123E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C0ADD6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Examens déjà </w:t>
            </w:r>
            <w:proofErr w:type="spellStart"/>
            <w:r>
              <w:rPr>
                <w:b/>
                <w:sz w:val="20"/>
              </w:rPr>
              <w:t>réalisés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en</w:t>
            </w:r>
            <w:proofErr w:type="spellEnd"/>
            <w:r>
              <w:rPr>
                <w:b/>
                <w:sz w:val="20"/>
              </w:rPr>
              <w:t xml:space="preserve"> lien avec le motif</w:t>
            </w:r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9B66C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1220B988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2"/>
        <w:gridCol w:w="6124"/>
        <w:gridCol w:w="115"/>
      </w:tblGrid>
      <w:tr w:rsidR="003C07A4" w14:paraId="4996BE9A" w14:textId="77777777">
        <w:trPr>
          <w:gridAfter w:val="1"/>
          <w:wAfter w:w="115" w:type="dxa"/>
          <w:cantSplit/>
          <w:jc w:val="center"/>
        </w:trPr>
        <w:tc>
          <w:tcPr>
            <w:tcW w:w="9866" w:type="dxa"/>
            <w:gridSpan w:val="2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A4431" w14:textId="77777777" w:rsidR="003C07A4" w:rsidRDefault="00A96520">
            <w:r>
              <w:t xml:space="preserve">5. </w:t>
            </w:r>
            <w:proofErr w:type="spellStart"/>
            <w:r>
              <w:t>Croissance</w:t>
            </w:r>
            <w:proofErr w:type="spellEnd"/>
            <w:r>
              <w:t xml:space="preserve"> et </w:t>
            </w:r>
            <w:proofErr w:type="spellStart"/>
            <w:r>
              <w:t>développement</w:t>
            </w:r>
            <w:proofErr w:type="spellEnd"/>
          </w:p>
        </w:tc>
      </w:tr>
      <w:tr w:rsidR="003C07A4" w14:paraId="69649E29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1AF9A1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Quand le </w:t>
            </w:r>
            <w:proofErr w:type="spellStart"/>
            <w:r>
              <w:rPr>
                <w:b/>
                <w:sz w:val="20"/>
              </w:rPr>
              <w:t>ralentissement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l'accélération</w:t>
            </w:r>
            <w:proofErr w:type="spellEnd"/>
            <w:r>
              <w:rPr>
                <w:b/>
                <w:sz w:val="20"/>
              </w:rPr>
              <w:t xml:space="preserve"> de </w:t>
            </w:r>
            <w:proofErr w:type="spellStart"/>
            <w:r>
              <w:rPr>
                <w:b/>
                <w:sz w:val="20"/>
              </w:rPr>
              <w:t>croissance</w:t>
            </w:r>
            <w:proofErr w:type="spellEnd"/>
            <w:r>
              <w:rPr>
                <w:b/>
                <w:sz w:val="20"/>
              </w:rPr>
              <w:t xml:space="preserve"> a-t-il </w:t>
            </w:r>
            <w:proofErr w:type="spellStart"/>
            <w:r>
              <w:rPr>
                <w:b/>
                <w:sz w:val="20"/>
              </w:rPr>
              <w:t>été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remarqué</w:t>
            </w:r>
            <w:proofErr w:type="spellEnd"/>
            <w:r>
              <w:rPr>
                <w:b/>
                <w:sz w:val="20"/>
              </w:rPr>
              <w:t xml:space="preserve"> ?</w:t>
            </w:r>
            <w:proofErr w:type="gram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76D9B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771DA4C9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147657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Pointure</w:t>
            </w:r>
            <w:proofErr w:type="spellEnd"/>
            <w:r>
              <w:rPr>
                <w:b/>
                <w:sz w:val="20"/>
              </w:rPr>
              <w:t xml:space="preserve"> / taille de </w:t>
            </w:r>
            <w:proofErr w:type="spellStart"/>
            <w:proofErr w:type="gramStart"/>
            <w:r>
              <w:rPr>
                <w:b/>
                <w:sz w:val="20"/>
              </w:rPr>
              <w:t>vêtements</w:t>
            </w:r>
            <w:proofErr w:type="spellEnd"/>
            <w:r>
              <w:rPr>
                <w:b/>
                <w:sz w:val="20"/>
              </w:rPr>
              <w:t xml:space="preserve"> :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évolution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récente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0CD394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57E191EF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47B2EC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Développement </w:t>
            </w:r>
            <w:proofErr w:type="spellStart"/>
            <w:r>
              <w:rPr>
                <w:b/>
                <w:sz w:val="20"/>
              </w:rPr>
              <w:t>psychomoteur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A7E3F9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 xml:space="preserve">Marche à ........ </w:t>
            </w:r>
            <w:proofErr w:type="spellStart"/>
            <w:proofErr w:type="gramStart"/>
            <w:r>
              <w:rPr>
                <w:sz w:val="20"/>
              </w:rPr>
              <w:t>mois</w:t>
            </w:r>
            <w:proofErr w:type="spellEnd"/>
            <w:r>
              <w:rPr>
                <w:sz w:val="20"/>
              </w:rPr>
              <w:t xml:space="preserve"> ;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langage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</w:t>
            </w:r>
            <w:sdt>
              <w:sdtPr>
                <w:id w:val="57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normal   </w:t>
            </w:r>
            <w:sdt>
              <w:sdtPr>
                <w:id w:val="43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retard ;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propreté</w:t>
            </w:r>
            <w:proofErr w:type="spellEnd"/>
            <w:r>
              <w:rPr>
                <w:sz w:val="20"/>
              </w:rPr>
              <w:t xml:space="preserve"> jour ........ </w:t>
            </w:r>
            <w:proofErr w:type="spellStart"/>
            <w:r>
              <w:rPr>
                <w:sz w:val="20"/>
              </w:rPr>
              <w:t>mois</w:t>
            </w:r>
            <w:proofErr w:type="spellEnd"/>
            <w:r>
              <w:rPr>
                <w:sz w:val="20"/>
              </w:rPr>
              <w:t xml:space="preserve"> / nuit ........ </w:t>
            </w:r>
            <w:proofErr w:type="spellStart"/>
            <w:r>
              <w:rPr>
                <w:sz w:val="20"/>
              </w:rPr>
              <w:t>mois</w:t>
            </w:r>
            <w:proofErr w:type="spellEnd"/>
          </w:p>
        </w:tc>
      </w:tr>
      <w:tr w:rsidR="003C07A4" w14:paraId="31208885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A86CCC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Scolarité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6281F5" w14:textId="293F74DB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 xml:space="preserve">Classe </w:t>
            </w:r>
            <w:proofErr w:type="spellStart"/>
            <w:proofErr w:type="gramStart"/>
            <w:r>
              <w:rPr>
                <w:sz w:val="20"/>
              </w:rPr>
              <w:t>actuelle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................................   </w:t>
            </w:r>
            <w:proofErr w:type="spellStart"/>
            <w:r>
              <w:rPr>
                <w:sz w:val="20"/>
              </w:rPr>
              <w:t>Difficultés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d'apprentissage</w:t>
            </w:r>
            <w:proofErr w:type="spellEnd"/>
            <w:r>
              <w:rPr>
                <w:sz w:val="20"/>
              </w:rPr>
              <w:t xml:space="preserve"> </w:t>
            </w:r>
            <w:r w:rsidR="002F7012">
              <w:rPr>
                <w:sz w:val="20"/>
              </w:rPr>
              <w:t>:</w:t>
            </w:r>
            <w:proofErr w:type="gramEnd"/>
            <w:r w:rsidR="002F7012">
              <w:rPr>
                <w:sz w:val="20"/>
              </w:rPr>
              <w:t xml:space="preserve"> OUI/NON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fatigue :</w:t>
            </w:r>
            <w:proofErr w:type="gramEnd"/>
            <w:r>
              <w:rPr>
                <w:sz w:val="20"/>
              </w:rPr>
              <w:t xml:space="preserve"> ................................</w:t>
            </w:r>
          </w:p>
        </w:tc>
      </w:tr>
    </w:tbl>
    <w:p w14:paraId="48221B2D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990"/>
        <w:gridCol w:w="1019"/>
      </w:tblGrid>
      <w:tr w:rsidR="003C07A4" w14:paraId="4F0E12E5" w14:textId="77777777">
        <w:trPr>
          <w:gridAfter w:val="1"/>
          <w:wAfter w:w="115" w:type="dxa"/>
          <w:cantSplit/>
          <w:jc w:val="center"/>
        </w:trPr>
        <w:tc>
          <w:tcPr>
            <w:tcW w:w="9866" w:type="dxa"/>
            <w:gridSpan w:val="2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79646A" w14:textId="4C0DD4FC" w:rsidR="003C07A4" w:rsidRDefault="00A96520">
            <w:r w:rsidRPr="003366DC">
              <w:rPr>
                <w:highlight w:val="yellow"/>
              </w:rPr>
              <w:t xml:space="preserve">6. </w:t>
            </w:r>
            <w:proofErr w:type="spellStart"/>
            <w:r w:rsidRPr="003366DC">
              <w:rPr>
                <w:highlight w:val="yellow"/>
              </w:rPr>
              <w:t>Symptômes</w:t>
            </w:r>
            <w:proofErr w:type="spellEnd"/>
            <w:r w:rsidRPr="003366DC">
              <w:rPr>
                <w:highlight w:val="yellow"/>
              </w:rPr>
              <w:t xml:space="preserve"> </w:t>
            </w:r>
            <w:proofErr w:type="spellStart"/>
            <w:r w:rsidR="00665166" w:rsidRPr="003366DC">
              <w:rPr>
                <w:highlight w:val="yellow"/>
              </w:rPr>
              <w:t>pouvant</w:t>
            </w:r>
            <w:proofErr w:type="spellEnd"/>
            <w:r w:rsidR="00665166" w:rsidRPr="003366DC">
              <w:rPr>
                <w:highlight w:val="yellow"/>
              </w:rPr>
              <w:t xml:space="preserve"> </w:t>
            </w:r>
            <w:proofErr w:type="spellStart"/>
            <w:r w:rsidR="00665166" w:rsidRPr="003366DC">
              <w:rPr>
                <w:highlight w:val="yellow"/>
              </w:rPr>
              <w:t>orienter</w:t>
            </w:r>
            <w:proofErr w:type="spellEnd"/>
            <w:r w:rsidRPr="003366DC">
              <w:rPr>
                <w:highlight w:val="yellow"/>
              </w:rPr>
              <w:t xml:space="preserve"> vers </w:t>
            </w:r>
            <w:proofErr w:type="spellStart"/>
            <w:r w:rsidRPr="003366DC">
              <w:rPr>
                <w:highlight w:val="yellow"/>
              </w:rPr>
              <w:t>une</w:t>
            </w:r>
            <w:proofErr w:type="spellEnd"/>
            <w:r w:rsidRPr="003366DC">
              <w:rPr>
                <w:highlight w:val="yellow"/>
              </w:rPr>
              <w:t xml:space="preserve"> </w:t>
            </w:r>
            <w:proofErr w:type="spellStart"/>
            <w:r w:rsidRPr="003366DC">
              <w:rPr>
                <w:highlight w:val="yellow"/>
              </w:rPr>
              <w:t>maladie</w:t>
            </w:r>
            <w:proofErr w:type="spellEnd"/>
            <w:r w:rsidRPr="003366DC">
              <w:rPr>
                <w:highlight w:val="yellow"/>
              </w:rPr>
              <w:t xml:space="preserve"> </w:t>
            </w:r>
            <w:proofErr w:type="spellStart"/>
            <w:r w:rsidRPr="003366DC">
              <w:rPr>
                <w:highlight w:val="yellow"/>
              </w:rPr>
              <w:t>endocrinienne</w:t>
            </w:r>
            <w:proofErr w:type="spellEnd"/>
            <w:r w:rsidRPr="003366DC">
              <w:rPr>
                <w:highlight w:val="yellow"/>
              </w:rPr>
              <w:t xml:space="preserve"> (</w:t>
            </w:r>
            <w:proofErr w:type="spellStart"/>
            <w:r w:rsidRPr="003366DC">
              <w:rPr>
                <w:highlight w:val="yellow"/>
              </w:rPr>
              <w:t>cocher</w:t>
            </w:r>
            <w:proofErr w:type="spellEnd"/>
            <w:r w:rsidRPr="003366DC">
              <w:rPr>
                <w:highlight w:val="yellow"/>
              </w:rPr>
              <w:t xml:space="preserve"> </w:t>
            </w:r>
            <w:proofErr w:type="spellStart"/>
            <w:r w:rsidRPr="003366DC">
              <w:rPr>
                <w:highlight w:val="yellow"/>
              </w:rPr>
              <w:t>si</w:t>
            </w:r>
            <w:proofErr w:type="spellEnd"/>
            <w:r w:rsidRPr="003366DC">
              <w:rPr>
                <w:highlight w:val="yellow"/>
              </w:rPr>
              <w:t xml:space="preserve"> </w:t>
            </w:r>
            <w:proofErr w:type="spellStart"/>
            <w:r w:rsidRPr="003366DC">
              <w:rPr>
                <w:highlight w:val="yellow"/>
              </w:rPr>
              <w:t>concerné</w:t>
            </w:r>
            <w:proofErr w:type="spellEnd"/>
            <w:r w:rsidRPr="003366DC">
              <w:rPr>
                <w:highlight w:val="yellow"/>
              </w:rPr>
              <w:t>)</w:t>
            </w:r>
          </w:p>
        </w:tc>
      </w:tr>
      <w:tr w:rsidR="003C07A4" w14:paraId="73B6BC3B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F7B39B" w14:textId="77777777" w:rsidR="003C07A4" w:rsidRDefault="003338FE">
            <w:pPr>
              <w:spacing w:before="20" w:after="20" w:line="252" w:lineRule="auto"/>
            </w:pPr>
            <w:sdt>
              <w:sdtPr>
                <w:id w:val="30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Fatigue </w:t>
            </w:r>
            <w:proofErr w:type="spellStart"/>
            <w:r w:rsidR="00A96520">
              <w:rPr>
                <w:sz w:val="20"/>
              </w:rPr>
              <w:t>inhabituelle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B22809" w14:textId="6DCD3C67" w:rsidR="003C07A4" w:rsidRDefault="003338FE">
            <w:pPr>
              <w:spacing w:before="20" w:after="20" w:line="252" w:lineRule="auto"/>
            </w:pPr>
            <w:sdt>
              <w:sdtPr>
                <w:id w:val="462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1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Maux</w:t>
            </w:r>
            <w:proofErr w:type="spellEnd"/>
            <w:r w:rsidR="00A96520">
              <w:rPr>
                <w:sz w:val="20"/>
              </w:rPr>
              <w:t xml:space="preserve"> de tête</w:t>
            </w:r>
          </w:p>
        </w:tc>
      </w:tr>
      <w:tr w:rsidR="003C07A4" w14:paraId="147C5610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010E7" w14:textId="77777777" w:rsidR="003C07A4" w:rsidRDefault="003338FE">
            <w:pPr>
              <w:spacing w:before="20" w:after="20" w:line="252" w:lineRule="auto"/>
            </w:pPr>
            <w:sdt>
              <w:sdtPr>
                <w:id w:val="97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Troubles </w:t>
            </w:r>
            <w:proofErr w:type="spellStart"/>
            <w:r w:rsidR="00A96520">
              <w:rPr>
                <w:sz w:val="20"/>
              </w:rPr>
              <w:t>visuels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5564B" w14:textId="77777777" w:rsidR="003C07A4" w:rsidRDefault="003338FE">
            <w:pPr>
              <w:spacing w:before="20" w:after="20" w:line="252" w:lineRule="auto"/>
            </w:pPr>
            <w:sdt>
              <w:sdtPr>
                <w:id w:val="100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Soif </w:t>
            </w:r>
            <w:proofErr w:type="spellStart"/>
            <w:r w:rsidR="00A96520">
              <w:rPr>
                <w:sz w:val="20"/>
              </w:rPr>
              <w:t>importante</w:t>
            </w:r>
            <w:proofErr w:type="spellEnd"/>
          </w:p>
        </w:tc>
      </w:tr>
      <w:tr w:rsidR="003C07A4" w14:paraId="331627AB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E5CFD" w14:textId="77777777" w:rsidR="003C07A4" w:rsidRDefault="003338FE">
            <w:pPr>
              <w:spacing w:before="20" w:after="20" w:line="252" w:lineRule="auto"/>
            </w:pPr>
            <w:sdt>
              <w:sdtPr>
                <w:id w:val="77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Urines </w:t>
            </w:r>
            <w:proofErr w:type="spellStart"/>
            <w:r w:rsidR="00A96520">
              <w:rPr>
                <w:sz w:val="20"/>
              </w:rPr>
              <w:t>abondantes</w:t>
            </w:r>
            <w:proofErr w:type="spellEnd"/>
            <w:r w:rsidR="00A96520">
              <w:rPr>
                <w:sz w:val="20"/>
              </w:rPr>
              <w:t xml:space="preserve"> / lever la nuit pour </w:t>
            </w:r>
            <w:proofErr w:type="spellStart"/>
            <w:r w:rsidR="00A96520">
              <w:rPr>
                <w:sz w:val="20"/>
              </w:rPr>
              <w:t>uriner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1F9BA" w14:textId="77777777" w:rsidR="003C07A4" w:rsidRDefault="003338FE">
            <w:pPr>
              <w:spacing w:before="20" w:after="20" w:line="252" w:lineRule="auto"/>
            </w:pPr>
            <w:sdt>
              <w:sdtPr>
                <w:id w:val="643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Perte de </w:t>
            </w:r>
            <w:proofErr w:type="spellStart"/>
            <w:r w:rsidR="00A96520">
              <w:rPr>
                <w:sz w:val="20"/>
              </w:rPr>
              <w:t>poids</w:t>
            </w:r>
            <w:proofErr w:type="spellEnd"/>
          </w:p>
        </w:tc>
      </w:tr>
      <w:tr w:rsidR="003C07A4" w14:paraId="15AA42AD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C9AEB" w14:textId="77777777" w:rsidR="003C07A4" w:rsidRDefault="003338FE">
            <w:pPr>
              <w:spacing w:before="20" w:after="20" w:line="252" w:lineRule="auto"/>
            </w:pPr>
            <w:sdt>
              <w:sdtPr>
                <w:id w:val="82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Prise</w:t>
            </w:r>
            <w:proofErr w:type="spellEnd"/>
            <w:r w:rsidR="00A96520">
              <w:rPr>
                <w:sz w:val="20"/>
              </w:rPr>
              <w:t xml:space="preserve"> de </w:t>
            </w:r>
            <w:proofErr w:type="spellStart"/>
            <w:r w:rsidR="00A96520">
              <w:rPr>
                <w:sz w:val="20"/>
              </w:rPr>
              <w:t>poids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rapide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0145F" w14:textId="77777777" w:rsidR="003C07A4" w:rsidRDefault="003338FE">
            <w:pPr>
              <w:spacing w:before="20" w:after="20" w:line="252" w:lineRule="auto"/>
            </w:pPr>
            <w:sdt>
              <w:sdtPr>
                <w:id w:val="67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Appétit </w:t>
            </w:r>
            <w:proofErr w:type="spellStart"/>
            <w:r w:rsidR="00A96520">
              <w:rPr>
                <w:sz w:val="20"/>
              </w:rPr>
              <w:t>augmenté</w:t>
            </w:r>
            <w:proofErr w:type="spellEnd"/>
          </w:p>
        </w:tc>
      </w:tr>
      <w:tr w:rsidR="003C07A4" w14:paraId="77124F48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CA93C" w14:textId="77777777" w:rsidR="003C07A4" w:rsidRDefault="003338FE">
            <w:pPr>
              <w:spacing w:before="20" w:after="20" w:line="252" w:lineRule="auto"/>
            </w:pPr>
            <w:sdt>
              <w:sdtPr>
                <w:id w:val="12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Constipation</w:t>
            </w:r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853A17" w14:textId="77777777" w:rsidR="003C07A4" w:rsidRDefault="003338FE">
            <w:pPr>
              <w:spacing w:before="20" w:after="20" w:line="252" w:lineRule="auto"/>
            </w:pPr>
            <w:sdt>
              <w:sdtPr>
                <w:id w:val="120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Diarrhée</w:t>
            </w:r>
            <w:proofErr w:type="spellEnd"/>
          </w:p>
        </w:tc>
      </w:tr>
      <w:tr w:rsidR="003C07A4" w14:paraId="6E06AA18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86F93" w14:textId="77777777" w:rsidR="003C07A4" w:rsidRDefault="003338FE">
            <w:pPr>
              <w:spacing w:before="20" w:after="20" w:line="252" w:lineRule="auto"/>
            </w:pPr>
            <w:sdt>
              <w:sdtPr>
                <w:id w:val="232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Intolérance</w:t>
            </w:r>
            <w:proofErr w:type="spellEnd"/>
            <w:r w:rsidR="00A96520">
              <w:rPr>
                <w:sz w:val="20"/>
              </w:rPr>
              <w:t xml:space="preserve"> au </w:t>
            </w:r>
            <w:proofErr w:type="spellStart"/>
            <w:r w:rsidR="00A96520">
              <w:rPr>
                <w:sz w:val="20"/>
              </w:rPr>
              <w:t>froid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D1BF6" w14:textId="77777777" w:rsidR="003C07A4" w:rsidRDefault="003338FE">
            <w:pPr>
              <w:spacing w:before="20" w:after="20" w:line="252" w:lineRule="auto"/>
            </w:pPr>
            <w:sdt>
              <w:sdtPr>
                <w:id w:val="64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Intolérance</w:t>
            </w:r>
            <w:proofErr w:type="spellEnd"/>
            <w:r w:rsidR="00A96520">
              <w:rPr>
                <w:sz w:val="20"/>
              </w:rPr>
              <w:t xml:space="preserve"> à la </w:t>
            </w:r>
            <w:proofErr w:type="spellStart"/>
            <w:r w:rsidR="00A96520">
              <w:rPr>
                <w:sz w:val="20"/>
              </w:rPr>
              <w:t>chaleur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sueurs</w:t>
            </w:r>
            <w:proofErr w:type="spellEnd"/>
          </w:p>
        </w:tc>
      </w:tr>
      <w:tr w:rsidR="003C07A4" w14:paraId="3730076A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B85322" w14:textId="77777777" w:rsidR="003C07A4" w:rsidRDefault="003338FE">
            <w:pPr>
              <w:spacing w:before="20" w:after="20" w:line="252" w:lineRule="auto"/>
            </w:pPr>
            <w:sdt>
              <w:sdtPr>
                <w:id w:val="22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Palpitations / tremblements</w:t>
            </w:r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59EEEF" w14:textId="77777777" w:rsidR="003C07A4" w:rsidRDefault="003338FE">
            <w:pPr>
              <w:spacing w:before="20" w:after="20" w:line="252" w:lineRule="auto"/>
            </w:pPr>
            <w:sdt>
              <w:sdtPr>
                <w:id w:val="20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Vertiges</w:t>
            </w:r>
            <w:proofErr w:type="spellEnd"/>
            <w:r w:rsidR="00A96520">
              <w:rPr>
                <w:sz w:val="20"/>
              </w:rPr>
              <w:t xml:space="preserve"> / malaises / </w:t>
            </w:r>
            <w:proofErr w:type="spellStart"/>
            <w:r w:rsidR="00A96520">
              <w:rPr>
                <w:sz w:val="20"/>
              </w:rPr>
              <w:t>hypoglycémies</w:t>
            </w:r>
            <w:proofErr w:type="spellEnd"/>
          </w:p>
        </w:tc>
      </w:tr>
      <w:tr w:rsidR="003C07A4" w14:paraId="104B1A97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993703" w14:textId="77777777" w:rsidR="003C07A4" w:rsidRDefault="003338FE">
            <w:pPr>
              <w:spacing w:before="20" w:after="20" w:line="252" w:lineRule="auto"/>
            </w:pPr>
            <w:sdt>
              <w:sdtPr>
                <w:id w:val="91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Douleurs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abdominales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vomissements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E04F33" w14:textId="77777777" w:rsidR="003C07A4" w:rsidRDefault="003338FE">
            <w:pPr>
              <w:spacing w:before="20" w:after="20" w:line="252" w:lineRule="auto"/>
            </w:pPr>
            <w:sdt>
              <w:sdtPr>
                <w:id w:val="40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Crampes</w:t>
            </w:r>
            <w:proofErr w:type="spellEnd"/>
            <w:r w:rsidR="00A96520">
              <w:rPr>
                <w:sz w:val="20"/>
              </w:rPr>
              <w:t xml:space="preserve"> / faiblesse </w:t>
            </w:r>
            <w:proofErr w:type="spellStart"/>
            <w:r w:rsidR="00A96520">
              <w:rPr>
                <w:sz w:val="20"/>
              </w:rPr>
              <w:t>musculaire</w:t>
            </w:r>
            <w:proofErr w:type="spellEnd"/>
          </w:p>
        </w:tc>
      </w:tr>
      <w:tr w:rsidR="003C07A4" w14:paraId="141164CC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47DC23" w14:textId="77777777" w:rsidR="003C07A4" w:rsidRDefault="003338FE">
            <w:pPr>
              <w:spacing w:before="20" w:after="20" w:line="252" w:lineRule="auto"/>
            </w:pPr>
            <w:sdt>
              <w:sdtPr>
                <w:id w:val="56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Douleurs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osseuses</w:t>
            </w:r>
            <w:proofErr w:type="spellEnd"/>
            <w:r w:rsidR="00A96520">
              <w:rPr>
                <w:sz w:val="20"/>
              </w:rPr>
              <w:t xml:space="preserve"> / fractures</w:t>
            </w:r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4F6EA" w14:textId="77777777" w:rsidR="003C07A4" w:rsidRDefault="003338FE">
            <w:pPr>
              <w:spacing w:before="20" w:after="20" w:line="252" w:lineRule="auto"/>
            </w:pPr>
            <w:sdt>
              <w:sdtPr>
                <w:id w:val="72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Acanthosis nigricans</w:t>
            </w:r>
          </w:p>
        </w:tc>
      </w:tr>
      <w:tr w:rsidR="003C07A4" w14:paraId="40790B9F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54AE43" w14:textId="77777777" w:rsidR="003C07A4" w:rsidRDefault="003338FE">
            <w:pPr>
              <w:spacing w:before="20" w:after="20" w:line="252" w:lineRule="auto"/>
            </w:pPr>
            <w:sdt>
              <w:sdtPr>
                <w:id w:val="85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Vergetures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AE3D79" w14:textId="77777777" w:rsidR="003C07A4" w:rsidRDefault="003338FE">
            <w:pPr>
              <w:spacing w:before="20" w:after="20" w:line="252" w:lineRule="auto"/>
            </w:pPr>
            <w:sdt>
              <w:sdtPr>
                <w:id w:val="60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Peau </w:t>
            </w:r>
            <w:proofErr w:type="spellStart"/>
            <w:r w:rsidR="00A96520">
              <w:rPr>
                <w:sz w:val="20"/>
              </w:rPr>
              <w:t>sèche</w:t>
            </w:r>
            <w:proofErr w:type="spellEnd"/>
          </w:p>
        </w:tc>
      </w:tr>
      <w:tr w:rsidR="003C07A4" w14:paraId="4D450F88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FA33B" w14:textId="77777777" w:rsidR="003C07A4" w:rsidRDefault="003338FE">
            <w:pPr>
              <w:spacing w:before="20" w:after="20" w:line="252" w:lineRule="auto"/>
            </w:pPr>
            <w:sdt>
              <w:sdtPr>
                <w:id w:val="693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Goitre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gonflement</w:t>
            </w:r>
            <w:proofErr w:type="spellEnd"/>
            <w:r w:rsidR="00A96520">
              <w:rPr>
                <w:sz w:val="20"/>
              </w:rPr>
              <w:t xml:space="preserve"> du </w:t>
            </w:r>
            <w:proofErr w:type="spellStart"/>
            <w:r w:rsidR="00A96520">
              <w:rPr>
                <w:sz w:val="20"/>
              </w:rPr>
              <w:t>cou</w:t>
            </w:r>
            <w:proofErr w:type="spellEnd"/>
          </w:p>
        </w:tc>
        <w:tc>
          <w:tcPr>
            <w:tcW w:w="4876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E611C9" w14:textId="77777777" w:rsidR="003C07A4" w:rsidRDefault="003338FE">
            <w:pPr>
              <w:spacing w:before="20" w:after="20" w:line="252" w:lineRule="auto"/>
            </w:pPr>
            <w:sdt>
              <w:sdtPr>
                <w:id w:val="660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Troubles du </w:t>
            </w:r>
            <w:proofErr w:type="spellStart"/>
            <w:r w:rsidR="00A96520">
              <w:rPr>
                <w:sz w:val="20"/>
              </w:rPr>
              <w:t>sommeil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ronflements</w:t>
            </w:r>
            <w:proofErr w:type="spellEnd"/>
          </w:p>
        </w:tc>
      </w:tr>
      <w:tr w:rsidR="003C07A4" w14:paraId="0B997C8D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71A121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Décrivez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brièvement</w:t>
            </w:r>
            <w:proofErr w:type="spellEnd"/>
            <w:r>
              <w:rPr>
                <w:b/>
                <w:sz w:val="20"/>
              </w:rPr>
              <w:t xml:space="preserve"> les </w:t>
            </w:r>
            <w:proofErr w:type="spellStart"/>
            <w:r>
              <w:rPr>
                <w:b/>
                <w:sz w:val="20"/>
              </w:rPr>
              <w:t>symptômes</w:t>
            </w:r>
            <w:proofErr w:type="spellEnd"/>
            <w:r>
              <w:rPr>
                <w:b/>
                <w:sz w:val="20"/>
              </w:rPr>
              <w:t xml:space="preserve"> les plus </w:t>
            </w:r>
            <w:proofErr w:type="spellStart"/>
            <w:r>
              <w:rPr>
                <w:b/>
                <w:sz w:val="20"/>
              </w:rPr>
              <w:t>importants</w:t>
            </w:r>
            <w:proofErr w:type="spell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3F6F31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1EC71CE8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BE738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Les </w:t>
            </w:r>
            <w:proofErr w:type="spellStart"/>
            <w:r>
              <w:rPr>
                <w:b/>
                <w:sz w:val="20"/>
              </w:rPr>
              <w:t>symptômes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sont-ils</w:t>
            </w:r>
            <w:proofErr w:type="spellEnd"/>
            <w:r>
              <w:rPr>
                <w:b/>
                <w:sz w:val="20"/>
              </w:rPr>
              <w:t xml:space="preserve"> constants </w:t>
            </w: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intermittents</w:t>
            </w:r>
            <w:proofErr w:type="spellEnd"/>
            <w:r>
              <w:rPr>
                <w:b/>
                <w:sz w:val="20"/>
              </w:rPr>
              <w:t xml:space="preserve"> ?</w:t>
            </w:r>
            <w:proofErr w:type="gramEnd"/>
          </w:p>
        </w:tc>
        <w:tc>
          <w:tcPr>
            <w:tcW w:w="6009" w:type="dxa"/>
            <w:gridSpan w:val="2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F21972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57ACB8BC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C07A4" w14:paraId="36092B95" w14:textId="77777777">
        <w:trPr>
          <w:cantSplit/>
          <w:jc w:val="center"/>
        </w:trPr>
        <w:tc>
          <w:tcPr>
            <w:tcW w:w="9866" w:type="dxa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37F6F1" w14:textId="77777777" w:rsidR="003C07A4" w:rsidRDefault="00A96520">
            <w:r>
              <w:t xml:space="preserve">7. </w:t>
            </w:r>
            <w:proofErr w:type="spellStart"/>
            <w:r>
              <w:t>Rubriques</w:t>
            </w:r>
            <w:proofErr w:type="spellEnd"/>
            <w:r>
              <w:t xml:space="preserve"> </w:t>
            </w:r>
            <w:proofErr w:type="spellStart"/>
            <w:r>
              <w:t>ciblées</w:t>
            </w:r>
            <w:proofErr w:type="spellEnd"/>
            <w:r>
              <w:t xml:space="preserve"> </w:t>
            </w:r>
            <w:proofErr w:type="spellStart"/>
            <w:r>
              <w:t>selon</w:t>
            </w:r>
            <w:proofErr w:type="spellEnd"/>
            <w:r>
              <w:t xml:space="preserve"> le motif</w:t>
            </w:r>
          </w:p>
        </w:tc>
      </w:tr>
    </w:tbl>
    <w:p w14:paraId="18D9B72B" w14:textId="77777777" w:rsidR="003C07A4" w:rsidRDefault="00A96520">
      <w:pPr>
        <w:spacing w:before="40"/>
      </w:pPr>
      <w:proofErr w:type="spellStart"/>
      <w:r>
        <w:rPr>
          <w:b/>
        </w:rPr>
        <w:t>Compléter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uniquement</w:t>
      </w:r>
      <w:proofErr w:type="spellEnd"/>
      <w:r>
        <w:rPr>
          <w:b/>
        </w:rPr>
        <w:t xml:space="preserve"> le sous-</w:t>
      </w:r>
      <w:proofErr w:type="spellStart"/>
      <w:r>
        <w:rPr>
          <w:b/>
        </w:rPr>
        <w:t>chapitre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correspondant</w:t>
      </w:r>
      <w:proofErr w:type="spellEnd"/>
      <w:r>
        <w:rPr>
          <w:b/>
        </w:rPr>
        <w:t xml:space="preserve"> à la </w:t>
      </w:r>
      <w:proofErr w:type="spellStart"/>
      <w:r>
        <w:rPr>
          <w:b/>
        </w:rPr>
        <w:t>plainte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principale</w:t>
      </w:r>
      <w:proofErr w:type="spellEnd"/>
      <w:r>
        <w:rPr>
          <w:b/>
        </w:rPr>
        <w:t>.</w:t>
      </w:r>
    </w:p>
    <w:p w14:paraId="73549D66" w14:textId="77777777" w:rsidR="003C07A4" w:rsidRDefault="00A96520">
      <w:pPr>
        <w:spacing w:before="40" w:after="60"/>
      </w:pPr>
      <w:r>
        <w:rPr>
          <w:b/>
          <w:sz w:val="22"/>
        </w:rPr>
        <w:t xml:space="preserve">A. </w:t>
      </w:r>
      <w:proofErr w:type="spellStart"/>
      <w:r>
        <w:rPr>
          <w:b/>
          <w:sz w:val="22"/>
        </w:rPr>
        <w:t>Croissance</w:t>
      </w:r>
      <w:proofErr w:type="spellEnd"/>
      <w:r>
        <w:rPr>
          <w:b/>
          <w:sz w:val="22"/>
        </w:rPr>
        <w:t xml:space="preserve"> / taille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443"/>
      </w:tblGrid>
      <w:tr w:rsidR="003C07A4" w14:paraId="5DCD5C87" w14:textId="77777777">
        <w:trPr>
          <w:jc w:val="center"/>
        </w:trPr>
        <w:tc>
          <w:tcPr>
            <w:tcW w:w="396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27356A" w14:textId="77777777" w:rsidR="003C07A4" w:rsidRDefault="003338FE">
            <w:pPr>
              <w:spacing w:before="20" w:after="20"/>
            </w:pPr>
            <w:sdt>
              <w:sdtPr>
                <w:id w:val="12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Petite taille</w:t>
            </w:r>
          </w:p>
        </w:tc>
        <w:tc>
          <w:tcPr>
            <w:tcW w:w="544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38D197" w14:textId="77777777" w:rsidR="003C07A4" w:rsidRDefault="003338FE">
            <w:pPr>
              <w:spacing w:before="20" w:after="20"/>
            </w:pPr>
            <w:sdt>
              <w:sdtPr>
                <w:id w:val="339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Ralentissement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statural</w:t>
            </w:r>
            <w:proofErr w:type="spellEnd"/>
          </w:p>
        </w:tc>
      </w:tr>
      <w:tr w:rsidR="003C07A4" w14:paraId="087EA3DE" w14:textId="77777777">
        <w:trPr>
          <w:jc w:val="center"/>
        </w:trPr>
        <w:tc>
          <w:tcPr>
            <w:tcW w:w="396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639C9B" w14:textId="77777777" w:rsidR="003C07A4" w:rsidRDefault="003338FE">
            <w:pPr>
              <w:spacing w:before="20" w:after="20"/>
            </w:pPr>
            <w:sdt>
              <w:sdtPr>
                <w:id w:val="733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Grande taille</w:t>
            </w:r>
          </w:p>
        </w:tc>
        <w:tc>
          <w:tcPr>
            <w:tcW w:w="544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7BBFEC" w14:textId="77777777" w:rsidR="003C07A4" w:rsidRDefault="00A96520">
            <w:r>
              <w:t xml:space="preserve">Si </w:t>
            </w:r>
            <w:proofErr w:type="spellStart"/>
            <w:r>
              <w:t>problème</w:t>
            </w:r>
            <w:proofErr w:type="spellEnd"/>
            <w:r>
              <w:t xml:space="preserve"> de </w:t>
            </w:r>
            <w:proofErr w:type="gramStart"/>
            <w:r>
              <w:t>taille :</w:t>
            </w:r>
            <w:proofErr w:type="gramEnd"/>
            <w:r>
              <w:t xml:space="preserve"> </w:t>
            </w:r>
            <w:proofErr w:type="spellStart"/>
            <w:r>
              <w:t>problème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réglé</w:t>
            </w:r>
            <w:proofErr w:type="spellEnd"/>
            <w:r>
              <w:t xml:space="preserve"> ?</w:t>
            </w:r>
            <w:proofErr w:type="gramEnd"/>
            <w:r>
              <w:t xml:space="preserve">   </w:t>
            </w:r>
            <w:sdt>
              <w:sdtPr>
                <w:id w:val="402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t>☐</w:t>
                </w:r>
              </w:sdtContent>
            </w:sdt>
            <w:r>
              <w:t xml:space="preserve"> Oui   </w:t>
            </w:r>
            <w:sdt>
              <w:sdtPr>
                <w:id w:val="16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t>☐</w:t>
                </w:r>
              </w:sdtContent>
            </w:sdt>
            <w:r>
              <w:t xml:space="preserve"> Non</w:t>
            </w:r>
          </w:p>
        </w:tc>
      </w:tr>
      <w:tr w:rsidR="003C07A4" w14:paraId="4D88F1B0" w14:textId="77777777">
        <w:trPr>
          <w:jc w:val="center"/>
        </w:trPr>
        <w:tc>
          <w:tcPr>
            <w:tcW w:w="396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613B09" w14:textId="77777777" w:rsidR="003C07A4" w:rsidRDefault="00A96520">
            <w:pPr>
              <w:spacing w:before="20" w:after="20"/>
            </w:pPr>
            <w:proofErr w:type="spellStart"/>
            <w:r>
              <w:rPr>
                <w:sz w:val="20"/>
              </w:rPr>
              <w:t>Précisions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éventuelles</w:t>
            </w:r>
            <w:proofErr w:type="spellEnd"/>
          </w:p>
        </w:tc>
        <w:tc>
          <w:tcPr>
            <w:tcW w:w="5443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22BBBD" w14:textId="77777777" w:rsidR="003C07A4" w:rsidRDefault="00A96520">
            <w:pPr>
              <w:spacing w:before="20" w:after="20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19ACD757" w14:textId="77777777" w:rsidR="003C07A4" w:rsidRDefault="00A96520">
      <w:pPr>
        <w:spacing w:before="40" w:after="60"/>
      </w:pPr>
      <w:r>
        <w:rPr>
          <w:b/>
          <w:sz w:val="22"/>
        </w:rPr>
        <w:t xml:space="preserve">B. </w:t>
      </w:r>
      <w:proofErr w:type="spellStart"/>
      <w:r>
        <w:rPr>
          <w:b/>
          <w:sz w:val="22"/>
        </w:rPr>
        <w:t>Puberté</w:t>
      </w:r>
      <w:proofErr w:type="spellEnd"/>
      <w:r>
        <w:rPr>
          <w:b/>
          <w:sz w:val="22"/>
        </w:rPr>
        <w:t xml:space="preserve"> / </w:t>
      </w:r>
      <w:proofErr w:type="spellStart"/>
      <w:r>
        <w:rPr>
          <w:b/>
          <w:sz w:val="22"/>
        </w:rPr>
        <w:t>règles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4876"/>
      </w:tblGrid>
      <w:tr w:rsidR="003C07A4" w14:paraId="54BED24C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CDD563" w14:textId="77777777" w:rsidR="003C07A4" w:rsidRDefault="003338FE">
            <w:pPr>
              <w:spacing w:before="20" w:after="20" w:line="252" w:lineRule="auto"/>
            </w:pPr>
            <w:sdt>
              <w:sdtPr>
                <w:id w:val="58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Développement </w:t>
            </w:r>
            <w:proofErr w:type="spellStart"/>
            <w:r w:rsidR="00A96520">
              <w:rPr>
                <w:sz w:val="20"/>
              </w:rPr>
              <w:t>mammaire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7FF3F4" w14:textId="77777777" w:rsidR="003C07A4" w:rsidRDefault="003338FE">
            <w:pPr>
              <w:spacing w:before="20" w:after="20" w:line="252" w:lineRule="auto"/>
            </w:pPr>
            <w:sdt>
              <w:sdtPr>
                <w:id w:val="50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Pilosité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pubienne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axillaire</w:t>
            </w:r>
            <w:proofErr w:type="spellEnd"/>
          </w:p>
        </w:tc>
      </w:tr>
      <w:tr w:rsidR="003C07A4" w14:paraId="17C76DB5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694C9" w14:textId="77777777" w:rsidR="003C07A4" w:rsidRDefault="003338FE">
            <w:pPr>
              <w:spacing w:before="20" w:after="20" w:line="252" w:lineRule="auto"/>
            </w:pPr>
            <w:sdt>
              <w:sdtPr>
                <w:id w:val="304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Odeur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corporelle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6C16E" w14:textId="77777777" w:rsidR="003C07A4" w:rsidRDefault="003338FE">
            <w:pPr>
              <w:spacing w:before="20" w:after="20" w:line="252" w:lineRule="auto"/>
            </w:pPr>
            <w:sdt>
              <w:sdtPr>
                <w:id w:val="78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Acné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importante</w:t>
            </w:r>
            <w:proofErr w:type="spellEnd"/>
          </w:p>
        </w:tc>
      </w:tr>
      <w:tr w:rsidR="003C07A4" w14:paraId="797453D0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87CF0" w14:textId="77777777" w:rsidR="003C07A4" w:rsidRDefault="003338FE">
            <w:pPr>
              <w:spacing w:before="20" w:after="20" w:line="252" w:lineRule="auto"/>
            </w:pPr>
            <w:sdt>
              <w:sdtPr>
                <w:id w:val="43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Poussée</w:t>
            </w:r>
            <w:proofErr w:type="spellEnd"/>
            <w:r w:rsidR="00A96520">
              <w:rPr>
                <w:sz w:val="20"/>
              </w:rPr>
              <w:t xml:space="preserve"> de </w:t>
            </w:r>
            <w:proofErr w:type="spellStart"/>
            <w:r w:rsidR="00A96520">
              <w:rPr>
                <w:sz w:val="20"/>
              </w:rPr>
              <w:t>croissance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6DE845" w14:textId="77777777" w:rsidR="003C07A4" w:rsidRDefault="003338FE">
            <w:pPr>
              <w:spacing w:before="20" w:after="20" w:line="252" w:lineRule="auto"/>
            </w:pPr>
            <w:sdt>
              <w:sdtPr>
                <w:id w:val="52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Écoulement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mammaire</w:t>
            </w:r>
            <w:proofErr w:type="spellEnd"/>
          </w:p>
        </w:tc>
      </w:tr>
      <w:tr w:rsidR="003C07A4" w14:paraId="5A94A3B5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04DF7" w14:textId="77777777" w:rsidR="003C07A4" w:rsidRDefault="003338FE">
            <w:pPr>
              <w:spacing w:before="20" w:after="20" w:line="252" w:lineRule="auto"/>
            </w:pPr>
            <w:sdt>
              <w:sdtPr>
                <w:id w:val="754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Gynécomastie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C033A" w14:textId="77777777" w:rsidR="003C07A4" w:rsidRDefault="003338FE">
            <w:pPr>
              <w:spacing w:before="20" w:after="20" w:line="252" w:lineRule="auto"/>
            </w:pPr>
            <w:sdt>
              <w:sdtPr>
                <w:id w:val="151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Cryptorchidie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chirurgie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testiculaire</w:t>
            </w:r>
            <w:proofErr w:type="spellEnd"/>
          </w:p>
        </w:tc>
      </w:tr>
      <w:tr w:rsidR="003C07A4" w14:paraId="67C4F204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593637" w14:textId="77777777" w:rsidR="003C07A4" w:rsidRDefault="003338FE">
            <w:pPr>
              <w:spacing w:before="20" w:after="20" w:line="252" w:lineRule="auto"/>
            </w:pPr>
            <w:sdt>
              <w:sdtPr>
                <w:id w:val="59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Saignement vaginal avant la </w:t>
            </w:r>
            <w:proofErr w:type="spellStart"/>
            <w:r w:rsidR="00A96520">
              <w:rPr>
                <w:sz w:val="20"/>
              </w:rPr>
              <w:t>puberté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19F31" w14:textId="77777777" w:rsidR="003C07A4" w:rsidRDefault="003C07A4">
            <w:pPr>
              <w:spacing w:before="20" w:after="20" w:line="252" w:lineRule="auto"/>
            </w:pPr>
          </w:p>
        </w:tc>
      </w:tr>
      <w:tr w:rsidR="003C07A4" w14:paraId="1BE32BB5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856DC8" w14:textId="77777777" w:rsidR="003C07A4" w:rsidRDefault="00A96520">
            <w:proofErr w:type="spellStart"/>
            <w:r>
              <w:t>Âge</w:t>
            </w:r>
            <w:proofErr w:type="spellEnd"/>
            <w:r>
              <w:t xml:space="preserve"> de début des premiers </w:t>
            </w:r>
            <w:proofErr w:type="spellStart"/>
            <w:r>
              <w:t>signes</w:t>
            </w:r>
            <w:proofErr w:type="spellEnd"/>
            <w:r>
              <w:t xml:space="preserve"> </w:t>
            </w:r>
            <w:proofErr w:type="spellStart"/>
            <w:r>
              <w:t>pubertaires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préciser</w:t>
            </w:r>
            <w:proofErr w:type="spellEnd"/>
            <w:r>
              <w:t xml:space="preserve"> :</w:t>
            </w:r>
            <w:proofErr w:type="gramEnd"/>
            <w:r>
              <w:t xml:space="preserve"> filles = </w:t>
            </w:r>
            <w:proofErr w:type="spellStart"/>
            <w:r>
              <w:t>développement</w:t>
            </w:r>
            <w:proofErr w:type="spellEnd"/>
            <w:r>
              <w:t xml:space="preserve"> </w:t>
            </w:r>
            <w:proofErr w:type="spellStart"/>
            <w:r>
              <w:t>mammaire</w:t>
            </w:r>
            <w:proofErr w:type="spellEnd"/>
            <w:r>
              <w:t xml:space="preserve">, garçon = augmentation des </w:t>
            </w:r>
            <w:proofErr w:type="spellStart"/>
            <w:proofErr w:type="gramStart"/>
            <w:r>
              <w:t>testicules</w:t>
            </w:r>
            <w:proofErr w:type="spellEnd"/>
            <w:r>
              <w:t xml:space="preserve"> ;</w:t>
            </w:r>
            <w:proofErr w:type="gramEnd"/>
            <w:r>
              <w:t xml:space="preserve"> </w:t>
            </w:r>
            <w:proofErr w:type="spellStart"/>
            <w:r>
              <w:t>puberté</w:t>
            </w:r>
            <w:proofErr w:type="spellEnd"/>
            <w:r>
              <w:t xml:space="preserve"> </w:t>
            </w:r>
            <w:proofErr w:type="spellStart"/>
            <w:r>
              <w:t>précoce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&lt;8 </w:t>
            </w:r>
            <w:proofErr w:type="spellStart"/>
            <w:r>
              <w:t>ans</w:t>
            </w:r>
            <w:proofErr w:type="spellEnd"/>
            <w:r>
              <w:t xml:space="preserve"> chez la fille, &lt;9 </w:t>
            </w:r>
            <w:proofErr w:type="spellStart"/>
            <w:r>
              <w:t>ans</w:t>
            </w:r>
            <w:proofErr w:type="spellEnd"/>
            <w:r>
              <w:t xml:space="preserve"> chez le garçon)</w:t>
            </w:r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D13B77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4A31E6EE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1092AC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Si </w:t>
            </w:r>
            <w:proofErr w:type="spellStart"/>
            <w:r>
              <w:rPr>
                <w:b/>
                <w:sz w:val="20"/>
              </w:rPr>
              <w:t>règles</w:t>
            </w:r>
            <w:proofErr w:type="spellEnd"/>
            <w:r>
              <w:rPr>
                <w:b/>
                <w:sz w:val="20"/>
              </w:rPr>
              <w:t xml:space="preserve"> déjà </w:t>
            </w:r>
            <w:proofErr w:type="spellStart"/>
            <w:r>
              <w:rPr>
                <w:b/>
                <w:sz w:val="20"/>
              </w:rPr>
              <w:t>présentes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7BB1C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sz w:val="20"/>
              </w:rPr>
              <w:t>Âge</w:t>
            </w:r>
            <w:proofErr w:type="spellEnd"/>
            <w:r>
              <w:rPr>
                <w:sz w:val="20"/>
              </w:rPr>
              <w:t xml:space="preserve"> des premières </w:t>
            </w:r>
            <w:proofErr w:type="spellStart"/>
            <w:proofErr w:type="gramStart"/>
            <w:r>
              <w:rPr>
                <w:sz w:val="20"/>
              </w:rPr>
              <w:t>règles</w:t>
            </w:r>
            <w:proofErr w:type="spellEnd"/>
            <w:r>
              <w:rPr>
                <w:sz w:val="20"/>
              </w:rPr>
              <w:t xml:space="preserve"> :</w:t>
            </w:r>
            <w:proofErr w:type="gramEnd"/>
            <w:r>
              <w:rPr>
                <w:sz w:val="20"/>
              </w:rPr>
              <w:t xml:space="preserve"> ........   </w:t>
            </w:r>
            <w:sdt>
              <w:sdtPr>
                <w:id w:val="688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régulières</w:t>
            </w:r>
            <w:proofErr w:type="spellEnd"/>
            <w:r>
              <w:rPr>
                <w:sz w:val="20"/>
              </w:rPr>
              <w:t xml:space="preserve">   </w:t>
            </w:r>
            <w:sdt>
              <w:sdtPr>
                <w:id w:val="13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irrégulières</w:t>
            </w:r>
            <w:proofErr w:type="spellEnd"/>
            <w:r>
              <w:rPr>
                <w:sz w:val="20"/>
              </w:rPr>
              <w:t xml:space="preserve">   </w:t>
            </w:r>
            <w:sdt>
              <w:sdtPr>
                <w:id w:val="42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absentes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depuis</w:t>
            </w:r>
            <w:proofErr w:type="spellEnd"/>
            <w:r>
              <w:rPr>
                <w:sz w:val="20"/>
              </w:rPr>
              <w:t xml:space="preserve"> ........</w:t>
            </w:r>
          </w:p>
        </w:tc>
      </w:tr>
      <w:tr w:rsidR="003C07A4" w14:paraId="68D68464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75166B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>Si garçon</w:t>
            </w:r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E9FE88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sz w:val="20"/>
              </w:rPr>
              <w:t>Testicules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descendus</w:t>
            </w:r>
            <w:proofErr w:type="spellEnd"/>
            <w:r>
              <w:rPr>
                <w:sz w:val="20"/>
              </w:rPr>
              <w:t xml:space="preserve"> ?</w:t>
            </w:r>
            <w:proofErr w:type="gramEnd"/>
            <w:r>
              <w:rPr>
                <w:sz w:val="20"/>
              </w:rPr>
              <w:t xml:space="preserve"> </w:t>
            </w:r>
            <w:sdt>
              <w:sdtPr>
                <w:id w:val="2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oui</w:t>
            </w:r>
            <w:proofErr w:type="spellEnd"/>
            <w:r>
              <w:rPr>
                <w:sz w:val="20"/>
              </w:rPr>
              <w:t xml:space="preserve"> </w:t>
            </w:r>
            <w:sdt>
              <w:sdtPr>
                <w:id w:val="217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non ;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asymétrie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douleur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proofErr w:type="gramStart"/>
            <w:r>
              <w:rPr>
                <w:sz w:val="20"/>
              </w:rPr>
              <w:t>chirurgie</w:t>
            </w:r>
            <w:proofErr w:type="spellEnd"/>
            <w:r>
              <w:rPr>
                <w:sz w:val="20"/>
              </w:rPr>
              <w:t xml:space="preserve"> ?</w:t>
            </w:r>
            <w:proofErr w:type="gramEnd"/>
            <w:r>
              <w:rPr>
                <w:sz w:val="20"/>
              </w:rPr>
              <w:t xml:space="preserve"> ................................</w:t>
            </w:r>
          </w:p>
        </w:tc>
      </w:tr>
    </w:tbl>
    <w:p w14:paraId="08A1DA21" w14:textId="77777777" w:rsidR="003C07A4" w:rsidRDefault="00A96520">
      <w:pPr>
        <w:spacing w:before="80" w:after="60"/>
      </w:pPr>
      <w:r>
        <w:rPr>
          <w:b/>
          <w:sz w:val="22"/>
        </w:rPr>
        <w:t xml:space="preserve">C. </w:t>
      </w:r>
      <w:proofErr w:type="spellStart"/>
      <w:r>
        <w:rPr>
          <w:b/>
          <w:sz w:val="22"/>
        </w:rPr>
        <w:t>Thyroïde</w:t>
      </w:r>
      <w:proofErr w:type="spellEnd"/>
      <w:r>
        <w:rPr>
          <w:b/>
          <w:sz w:val="22"/>
        </w:rPr>
        <w:t xml:space="preserve"> / </w:t>
      </w:r>
      <w:proofErr w:type="spellStart"/>
      <w:r>
        <w:rPr>
          <w:b/>
          <w:sz w:val="22"/>
        </w:rPr>
        <w:t>autres</w:t>
      </w:r>
      <w:proofErr w:type="spellEnd"/>
      <w:r>
        <w:rPr>
          <w:b/>
          <w:sz w:val="22"/>
        </w:rPr>
        <w:t xml:space="preserve"> hormones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6009"/>
      </w:tblGrid>
      <w:tr w:rsidR="003C07A4" w14:paraId="4B3781A1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39E9BF" w14:textId="77777777" w:rsidR="003C07A4" w:rsidRDefault="003338FE">
            <w:pPr>
              <w:spacing w:before="20" w:after="20" w:line="252" w:lineRule="auto"/>
            </w:pPr>
            <w:sdt>
              <w:sdtPr>
                <w:id w:val="63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Hypothyroïdie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connue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C92258" w14:textId="77777777" w:rsidR="003C07A4" w:rsidRDefault="003338FE">
            <w:pPr>
              <w:spacing w:before="20" w:after="20" w:line="252" w:lineRule="auto"/>
            </w:pPr>
            <w:sdt>
              <w:sdtPr>
                <w:id w:val="86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Hyperthyroïdie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connue</w:t>
            </w:r>
            <w:proofErr w:type="spellEnd"/>
          </w:p>
        </w:tc>
      </w:tr>
      <w:tr w:rsidR="003C07A4" w14:paraId="1AC4013D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4DA7A" w14:textId="77777777" w:rsidR="003C07A4" w:rsidRDefault="003338FE">
            <w:pPr>
              <w:spacing w:before="20" w:after="20" w:line="252" w:lineRule="auto"/>
            </w:pPr>
            <w:sdt>
              <w:sdtPr>
                <w:id w:val="79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Goitre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EE3DC2" w14:textId="77777777" w:rsidR="003C07A4" w:rsidRDefault="003338FE">
            <w:pPr>
              <w:spacing w:before="20" w:after="20" w:line="252" w:lineRule="auto"/>
            </w:pPr>
            <w:sdt>
              <w:sdtPr>
                <w:id w:val="18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Nodule </w:t>
            </w:r>
            <w:proofErr w:type="spellStart"/>
            <w:r w:rsidR="00A96520">
              <w:rPr>
                <w:sz w:val="20"/>
              </w:rPr>
              <w:t>thyroïdien</w:t>
            </w:r>
            <w:proofErr w:type="spellEnd"/>
          </w:p>
        </w:tc>
      </w:tr>
      <w:tr w:rsidR="003C07A4" w14:paraId="7687F7EA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7038C1" w14:textId="77777777" w:rsidR="003C07A4" w:rsidRDefault="003338FE">
            <w:pPr>
              <w:spacing w:before="20" w:after="20" w:line="252" w:lineRule="auto"/>
            </w:pPr>
            <w:sdt>
              <w:sdtPr>
                <w:id w:val="723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Traitement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thyroïdien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antérieur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3E3BC7" w14:textId="77777777" w:rsidR="003C07A4" w:rsidRDefault="003338FE">
            <w:pPr>
              <w:spacing w:before="20" w:after="20" w:line="252" w:lineRule="auto"/>
            </w:pPr>
            <w:sdt>
              <w:sdtPr>
                <w:id w:val="42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Bilan hormonal </w:t>
            </w:r>
            <w:proofErr w:type="spellStart"/>
            <w:r w:rsidR="00A96520">
              <w:rPr>
                <w:sz w:val="20"/>
              </w:rPr>
              <w:t>antérieur</w:t>
            </w:r>
            <w:proofErr w:type="spellEnd"/>
          </w:p>
        </w:tc>
      </w:tr>
      <w:tr w:rsidR="003C07A4" w14:paraId="62F313F6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EB5CE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Résultats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connus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laboratoire</w:t>
            </w:r>
            <w:proofErr w:type="spell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18BF5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0DBA85F9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51BC08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Échographie</w:t>
            </w:r>
            <w:proofErr w:type="spellEnd"/>
            <w:r>
              <w:rPr>
                <w:b/>
                <w:sz w:val="20"/>
              </w:rPr>
              <w:t xml:space="preserve"> / </w:t>
            </w:r>
            <w:proofErr w:type="spellStart"/>
            <w:r>
              <w:rPr>
                <w:b/>
                <w:sz w:val="20"/>
              </w:rPr>
              <w:t>imagerie</w:t>
            </w:r>
            <w:proofErr w:type="spellEnd"/>
            <w:r>
              <w:rPr>
                <w:b/>
                <w:sz w:val="20"/>
              </w:rPr>
              <w:t xml:space="preserve"> déjà </w:t>
            </w:r>
            <w:proofErr w:type="spellStart"/>
            <w:r>
              <w:rPr>
                <w:b/>
                <w:sz w:val="20"/>
              </w:rPr>
              <w:t>réalisée</w:t>
            </w:r>
            <w:proofErr w:type="spell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A73574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47B26B56" w14:textId="77777777" w:rsidR="003C07A4" w:rsidRDefault="00A96520">
      <w:pPr>
        <w:spacing w:before="80" w:after="60"/>
      </w:pPr>
      <w:r>
        <w:rPr>
          <w:b/>
          <w:sz w:val="22"/>
        </w:rPr>
        <w:t xml:space="preserve">D. </w:t>
      </w:r>
      <w:proofErr w:type="spellStart"/>
      <w:r>
        <w:rPr>
          <w:b/>
          <w:sz w:val="22"/>
        </w:rPr>
        <w:t>Poids</w:t>
      </w:r>
      <w:proofErr w:type="spellEnd"/>
      <w:r>
        <w:rPr>
          <w:b/>
          <w:sz w:val="22"/>
        </w:rPr>
        <w:t xml:space="preserve"> / </w:t>
      </w:r>
      <w:proofErr w:type="spellStart"/>
      <w:r>
        <w:rPr>
          <w:b/>
          <w:sz w:val="22"/>
        </w:rPr>
        <w:t>métabolisme</w:t>
      </w:r>
      <w:proofErr w:type="spellEnd"/>
      <w:r>
        <w:rPr>
          <w:b/>
          <w:sz w:val="22"/>
        </w:rPr>
        <w:t xml:space="preserve"> / suspicion </w:t>
      </w:r>
      <w:proofErr w:type="spellStart"/>
      <w:r>
        <w:rPr>
          <w:b/>
          <w:sz w:val="22"/>
        </w:rPr>
        <w:t>d’insulinorésistance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6009"/>
      </w:tblGrid>
      <w:tr w:rsidR="003C07A4" w14:paraId="1E2248E6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C9FD4" w14:textId="77777777" w:rsidR="003C07A4" w:rsidRDefault="003338FE">
            <w:pPr>
              <w:spacing w:before="20" w:after="20" w:line="252" w:lineRule="auto"/>
            </w:pPr>
            <w:sdt>
              <w:sdtPr>
                <w:id w:val="76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Prise</w:t>
            </w:r>
            <w:proofErr w:type="spellEnd"/>
            <w:r w:rsidR="00A96520">
              <w:rPr>
                <w:sz w:val="20"/>
              </w:rPr>
              <w:t xml:space="preserve"> de </w:t>
            </w:r>
            <w:proofErr w:type="spellStart"/>
            <w:r w:rsidR="00A96520">
              <w:rPr>
                <w:sz w:val="20"/>
              </w:rPr>
              <w:t>poids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récente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1C5CD6" w14:textId="77777777" w:rsidR="003C07A4" w:rsidRDefault="003338FE">
            <w:pPr>
              <w:spacing w:before="20" w:after="20" w:line="252" w:lineRule="auto"/>
            </w:pPr>
            <w:sdt>
              <w:sdtPr>
                <w:id w:val="2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Grignotage</w:t>
            </w:r>
            <w:proofErr w:type="spellEnd"/>
            <w:r w:rsidR="00A96520">
              <w:rPr>
                <w:sz w:val="20"/>
              </w:rPr>
              <w:t xml:space="preserve"> / compulsions</w:t>
            </w:r>
          </w:p>
        </w:tc>
      </w:tr>
      <w:tr w:rsidR="003C07A4" w14:paraId="66A6F1C4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535A27" w14:textId="77777777" w:rsidR="003C07A4" w:rsidRDefault="003338FE">
            <w:pPr>
              <w:spacing w:before="20" w:after="20" w:line="252" w:lineRule="auto"/>
            </w:pPr>
            <w:sdt>
              <w:sdtPr>
                <w:id w:val="591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Boissons </w:t>
            </w:r>
            <w:proofErr w:type="spellStart"/>
            <w:r w:rsidR="00A96520">
              <w:rPr>
                <w:sz w:val="20"/>
              </w:rPr>
              <w:t>sucrées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quotidiennes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63F4B" w14:textId="77777777" w:rsidR="003C07A4" w:rsidRDefault="003338FE">
            <w:pPr>
              <w:spacing w:before="20" w:after="20" w:line="252" w:lineRule="auto"/>
            </w:pPr>
            <w:sdt>
              <w:sdtPr>
                <w:id w:val="10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Activité</w:t>
            </w:r>
            <w:proofErr w:type="spellEnd"/>
            <w:r w:rsidR="00A96520">
              <w:rPr>
                <w:sz w:val="20"/>
              </w:rPr>
              <w:t xml:space="preserve"> physique </w:t>
            </w:r>
            <w:proofErr w:type="spellStart"/>
            <w:r w:rsidR="00A96520">
              <w:rPr>
                <w:sz w:val="20"/>
              </w:rPr>
              <w:t>limitée</w:t>
            </w:r>
            <w:proofErr w:type="spellEnd"/>
          </w:p>
        </w:tc>
      </w:tr>
      <w:tr w:rsidR="003C07A4" w14:paraId="04DC8787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95DE05" w14:textId="77777777" w:rsidR="003C07A4" w:rsidRDefault="003338FE">
            <w:pPr>
              <w:spacing w:before="20" w:after="20" w:line="252" w:lineRule="auto"/>
            </w:pPr>
            <w:sdt>
              <w:sdtPr>
                <w:id w:val="83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Ronflements</w:t>
            </w:r>
            <w:proofErr w:type="spellEnd"/>
            <w:r w:rsidR="00A96520">
              <w:rPr>
                <w:sz w:val="20"/>
              </w:rPr>
              <w:t xml:space="preserve"> / </w:t>
            </w:r>
            <w:proofErr w:type="spellStart"/>
            <w:r w:rsidR="00A96520">
              <w:rPr>
                <w:sz w:val="20"/>
              </w:rPr>
              <w:t>apnées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733C48" w14:textId="77777777" w:rsidR="003C07A4" w:rsidRDefault="003338FE">
            <w:pPr>
              <w:spacing w:before="20" w:after="20" w:line="252" w:lineRule="auto"/>
            </w:pPr>
            <w:sdt>
              <w:sdtPr>
                <w:id w:val="429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Acanthosis nigricans</w:t>
            </w:r>
          </w:p>
        </w:tc>
      </w:tr>
      <w:tr w:rsidR="003C07A4" w14:paraId="74C2033F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47F2B4" w14:textId="35CB433E" w:rsidR="003C07A4" w:rsidRDefault="00A96520">
            <w:proofErr w:type="spellStart"/>
            <w:r>
              <w:t>Activité</w:t>
            </w:r>
            <w:proofErr w:type="spellEnd"/>
            <w:r>
              <w:t xml:space="preserve"> physique </w:t>
            </w:r>
            <w:proofErr w:type="spellStart"/>
            <w:r>
              <w:t>hebdomadaire</w:t>
            </w:r>
            <w:proofErr w:type="spellEnd"/>
            <w:r>
              <w:t xml:space="preserve"> </w:t>
            </w:r>
            <w:proofErr w:type="spellStart"/>
            <w:r w:rsidRPr="002F7012">
              <w:rPr>
                <w:b/>
                <w:bCs/>
              </w:rPr>
              <w:t>en</w:t>
            </w:r>
            <w:proofErr w:type="spellEnd"/>
            <w:r w:rsidRPr="002F7012">
              <w:rPr>
                <w:b/>
                <w:bCs/>
              </w:rPr>
              <w:t xml:space="preserve"> dehors de </w:t>
            </w:r>
            <w:proofErr w:type="spellStart"/>
            <w:r w:rsidRPr="002F7012">
              <w:rPr>
                <w:b/>
                <w:bCs/>
              </w:rPr>
              <w:t>l’école</w:t>
            </w:r>
            <w:proofErr w:type="spellEnd"/>
            <w:r w:rsidRPr="002F7012">
              <w:rPr>
                <w:b/>
                <w:bCs/>
              </w:rPr>
              <w:t xml:space="preserve"> </w:t>
            </w:r>
            <w:r>
              <w:t>(</w:t>
            </w:r>
            <w:proofErr w:type="spellStart"/>
            <w:r>
              <w:t>heures</w:t>
            </w:r>
            <w:proofErr w:type="spellEnd"/>
            <w:r w:rsidR="002F7012">
              <w:t xml:space="preserve"> par </w:t>
            </w:r>
            <w:proofErr w:type="spellStart"/>
            <w:r>
              <w:t>semaine</w:t>
            </w:r>
            <w:proofErr w:type="spellEnd"/>
            <w:r>
              <w:t>)</w:t>
            </w:r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36A0C2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1B4AB885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380BF" w14:textId="533DFCC4" w:rsidR="003C07A4" w:rsidRDefault="00A96520">
            <w:proofErr w:type="spellStart"/>
            <w:r>
              <w:t>Activités</w:t>
            </w:r>
            <w:proofErr w:type="spellEnd"/>
            <w:r>
              <w:t xml:space="preserve"> </w:t>
            </w:r>
            <w:proofErr w:type="spellStart"/>
            <w:r>
              <w:t>écrans</w:t>
            </w:r>
            <w:proofErr w:type="spellEnd"/>
            <w:r>
              <w:t xml:space="preserve"> (GSM / TV / </w:t>
            </w:r>
            <w:proofErr w:type="spellStart"/>
            <w:r>
              <w:t>tablette</w:t>
            </w:r>
            <w:proofErr w:type="spellEnd"/>
            <w:r>
              <w:t>...)</w:t>
            </w:r>
            <w:r w:rsidR="002F7012">
              <w:t xml:space="preserve"> </w:t>
            </w:r>
            <w:proofErr w:type="spellStart"/>
            <w:r w:rsidR="002F7012" w:rsidRPr="002F7012">
              <w:rPr>
                <w:b/>
                <w:bCs/>
              </w:rPr>
              <w:t>en</w:t>
            </w:r>
            <w:proofErr w:type="spellEnd"/>
            <w:r w:rsidR="002F7012" w:rsidRPr="002F7012">
              <w:rPr>
                <w:b/>
                <w:bCs/>
              </w:rPr>
              <w:t xml:space="preserve"> </w:t>
            </w:r>
            <w:proofErr w:type="spellStart"/>
            <w:r w:rsidR="002F7012" w:rsidRPr="002F7012">
              <w:rPr>
                <w:b/>
                <w:bCs/>
              </w:rPr>
              <w:t>heures</w:t>
            </w:r>
            <w:proofErr w:type="spellEnd"/>
            <w:r w:rsidR="002F7012" w:rsidRPr="002F7012">
              <w:rPr>
                <w:b/>
                <w:bCs/>
              </w:rPr>
              <w:t xml:space="preserve"> par jour</w:t>
            </w:r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6EF8C6" w14:textId="77777777" w:rsidR="003C07A4" w:rsidRDefault="00A96520">
            <w:r>
              <w:t>....................................................................................................</w:t>
            </w:r>
          </w:p>
        </w:tc>
      </w:tr>
      <w:tr w:rsidR="003C07A4" w14:paraId="08AF10D7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59212" w14:textId="77777777" w:rsidR="003C07A4" w:rsidRDefault="00A96520">
            <w:proofErr w:type="spellStart"/>
            <w:r>
              <w:t>Sommeil</w:t>
            </w:r>
            <w:proofErr w:type="spellEnd"/>
            <w:r>
              <w:t xml:space="preserve"> (</w:t>
            </w:r>
            <w:proofErr w:type="spellStart"/>
            <w:r>
              <w:t>heures</w:t>
            </w:r>
            <w:proofErr w:type="spellEnd"/>
            <w:r>
              <w:t xml:space="preserve"> / nuit, </w:t>
            </w:r>
            <w:proofErr w:type="spellStart"/>
            <w:r>
              <w:t>ronflements</w:t>
            </w:r>
            <w:proofErr w:type="spellEnd"/>
            <w:r>
              <w:t>)</w:t>
            </w:r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18885" w14:textId="77777777" w:rsidR="003C07A4" w:rsidRDefault="00A96520">
            <w:r>
              <w:t>................................................................................................................</w:t>
            </w:r>
          </w:p>
        </w:tc>
      </w:tr>
      <w:tr w:rsidR="003C07A4" w14:paraId="0D9577A1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25B643" w14:textId="77777777" w:rsidR="003C07A4" w:rsidRDefault="00A96520">
            <w:r>
              <w:t xml:space="preserve">Habitudes </w:t>
            </w:r>
            <w:proofErr w:type="spellStart"/>
            <w:r>
              <w:t>alimentaires</w:t>
            </w:r>
            <w:proofErr w:type="spellEnd"/>
            <w:r>
              <w:t xml:space="preserve"> </w:t>
            </w:r>
            <w:proofErr w:type="spellStart"/>
            <w:r>
              <w:t>marquantes</w:t>
            </w:r>
            <w:proofErr w:type="spell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CDFDFC" w14:textId="77777777" w:rsidR="003C07A4" w:rsidRDefault="00A96520">
            <w:r>
              <w:t>................................................................................................................</w:t>
            </w:r>
          </w:p>
        </w:tc>
      </w:tr>
    </w:tbl>
    <w:p w14:paraId="3A1B0F1D" w14:textId="77777777" w:rsidR="003C07A4" w:rsidRDefault="00A96520">
      <w:pPr>
        <w:spacing w:before="80" w:after="60"/>
      </w:pPr>
      <w:r>
        <w:rPr>
          <w:b/>
          <w:sz w:val="22"/>
        </w:rPr>
        <w:t xml:space="preserve">E. </w:t>
      </w:r>
      <w:proofErr w:type="spellStart"/>
      <w:r>
        <w:rPr>
          <w:b/>
          <w:sz w:val="22"/>
        </w:rPr>
        <w:t>Diabète</w:t>
      </w:r>
      <w:proofErr w:type="spellEnd"/>
      <w:r>
        <w:rPr>
          <w:b/>
          <w:sz w:val="22"/>
        </w:rPr>
        <w:t xml:space="preserve"> / </w:t>
      </w:r>
      <w:proofErr w:type="spellStart"/>
      <w:r>
        <w:rPr>
          <w:b/>
          <w:sz w:val="22"/>
        </w:rPr>
        <w:t>hypoglycémies</w:t>
      </w:r>
      <w:proofErr w:type="spellEnd"/>
      <w:r>
        <w:rPr>
          <w:b/>
          <w:sz w:val="22"/>
        </w:rPr>
        <w:t xml:space="preserve"> / </w:t>
      </w:r>
      <w:proofErr w:type="spellStart"/>
      <w:r>
        <w:rPr>
          <w:b/>
          <w:sz w:val="22"/>
        </w:rPr>
        <w:t>polyurie-polydipsie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6009"/>
      </w:tblGrid>
      <w:tr w:rsidR="003C07A4" w14:paraId="0C931ED5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1FAB25" w14:textId="77777777" w:rsidR="003C07A4" w:rsidRDefault="003338FE">
            <w:pPr>
              <w:spacing w:before="20" w:after="20" w:line="252" w:lineRule="auto"/>
            </w:pPr>
            <w:sdt>
              <w:sdtPr>
                <w:id w:val="996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Glycémies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élevées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F57B97" w14:textId="77777777" w:rsidR="003C07A4" w:rsidRDefault="003338FE">
            <w:pPr>
              <w:spacing w:before="20" w:after="20" w:line="252" w:lineRule="auto"/>
            </w:pPr>
            <w:sdt>
              <w:sdtPr>
                <w:id w:val="326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Corps </w:t>
            </w:r>
            <w:proofErr w:type="spellStart"/>
            <w:r w:rsidR="00A96520">
              <w:rPr>
                <w:sz w:val="20"/>
              </w:rPr>
              <w:t>cétoniques</w:t>
            </w:r>
            <w:proofErr w:type="spellEnd"/>
          </w:p>
        </w:tc>
      </w:tr>
      <w:tr w:rsidR="003C07A4" w14:paraId="651CAEAD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129618" w14:textId="77777777" w:rsidR="003C07A4" w:rsidRDefault="003338FE">
            <w:pPr>
              <w:spacing w:before="20" w:after="20" w:line="252" w:lineRule="auto"/>
            </w:pPr>
            <w:sdt>
              <w:sdtPr>
                <w:id w:val="15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Hypoglycémies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documentées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4B97B" w14:textId="77777777" w:rsidR="003C07A4" w:rsidRDefault="003338FE">
            <w:pPr>
              <w:spacing w:before="20" w:after="20" w:line="252" w:lineRule="auto"/>
            </w:pPr>
            <w:sdt>
              <w:sdtPr>
                <w:id w:val="87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Soif </w:t>
            </w:r>
            <w:proofErr w:type="spellStart"/>
            <w:r w:rsidR="00A96520">
              <w:rPr>
                <w:sz w:val="20"/>
              </w:rPr>
              <w:t>importante</w:t>
            </w:r>
            <w:proofErr w:type="spellEnd"/>
          </w:p>
        </w:tc>
      </w:tr>
      <w:tr w:rsidR="003C07A4" w14:paraId="013CE0AB" w14:textId="77777777">
        <w:trPr>
          <w:cantSplit/>
          <w:jc w:val="center"/>
        </w:trPr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661185" w14:textId="77777777" w:rsidR="003C07A4" w:rsidRDefault="003338FE">
            <w:pPr>
              <w:spacing w:before="20" w:after="20" w:line="252" w:lineRule="auto"/>
            </w:pPr>
            <w:sdt>
              <w:sdtPr>
                <w:id w:val="37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Urines </w:t>
            </w:r>
            <w:proofErr w:type="spellStart"/>
            <w:r w:rsidR="00A96520">
              <w:rPr>
                <w:sz w:val="20"/>
              </w:rPr>
              <w:t>abondantes</w:t>
            </w:r>
            <w:proofErr w:type="spellEnd"/>
          </w:p>
        </w:tc>
        <w:tc>
          <w:tcPr>
            <w:tcW w:w="4876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BAD9A9" w14:textId="77777777" w:rsidR="003C07A4" w:rsidRDefault="003338FE">
            <w:pPr>
              <w:spacing w:before="20" w:after="20" w:line="252" w:lineRule="auto"/>
            </w:pPr>
            <w:sdt>
              <w:sdtPr>
                <w:id w:val="79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6520">
                  <w:rPr>
                    <w:sz w:val="20"/>
                  </w:rPr>
                  <w:t>☐</w:t>
                </w:r>
              </w:sdtContent>
            </w:sdt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Énurésie</w:t>
            </w:r>
            <w:proofErr w:type="spellEnd"/>
            <w:r w:rsidR="00A96520">
              <w:rPr>
                <w:sz w:val="20"/>
              </w:rPr>
              <w:t xml:space="preserve"> </w:t>
            </w:r>
            <w:proofErr w:type="spellStart"/>
            <w:r w:rsidR="00A96520">
              <w:rPr>
                <w:sz w:val="20"/>
              </w:rPr>
              <w:t>secondaire</w:t>
            </w:r>
            <w:proofErr w:type="spellEnd"/>
          </w:p>
        </w:tc>
      </w:tr>
      <w:tr w:rsidR="003C07A4" w14:paraId="6804D76F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83C369" w14:textId="77777777" w:rsidR="003C07A4" w:rsidRDefault="00A96520">
            <w:pPr>
              <w:spacing w:before="20" w:after="20" w:line="252" w:lineRule="auto"/>
            </w:pPr>
            <w:r>
              <w:rPr>
                <w:b/>
                <w:sz w:val="20"/>
              </w:rPr>
              <w:t xml:space="preserve">Dates / </w:t>
            </w:r>
            <w:proofErr w:type="spellStart"/>
            <w:r>
              <w:rPr>
                <w:b/>
                <w:sz w:val="20"/>
              </w:rPr>
              <w:t>valeurs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connues</w:t>
            </w:r>
            <w:proofErr w:type="spell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EC4AF8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  <w:tr w:rsidR="003C07A4" w14:paraId="2BB841F8" w14:textId="77777777">
        <w:trPr>
          <w:cantSplit/>
          <w:jc w:val="center"/>
        </w:trPr>
        <w:tc>
          <w:tcPr>
            <w:tcW w:w="3742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C99C86" w14:textId="77777777" w:rsidR="003C07A4" w:rsidRDefault="00A96520">
            <w:pPr>
              <w:spacing w:before="20" w:after="20" w:line="252" w:lineRule="auto"/>
            </w:pPr>
            <w:proofErr w:type="spellStart"/>
            <w:r>
              <w:rPr>
                <w:b/>
                <w:sz w:val="20"/>
              </w:rPr>
              <w:t>Contexte</w:t>
            </w:r>
            <w:proofErr w:type="spellEnd"/>
            <w:r>
              <w:rPr>
                <w:b/>
                <w:sz w:val="20"/>
              </w:rPr>
              <w:t xml:space="preserve"> des malaises </w:t>
            </w:r>
            <w:proofErr w:type="spellStart"/>
            <w:r>
              <w:rPr>
                <w:b/>
                <w:sz w:val="20"/>
              </w:rPr>
              <w:t>ou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hypoglycémies</w:t>
            </w:r>
            <w:proofErr w:type="spellEnd"/>
          </w:p>
        </w:tc>
        <w:tc>
          <w:tcPr>
            <w:tcW w:w="6009" w:type="dxa"/>
            <w:tcBorders>
              <w:top w:val="single" w:sz="8" w:space="0" w:color="C9D2D9"/>
              <w:left w:val="single" w:sz="8" w:space="0" w:color="C9D2D9"/>
              <w:bottom w:val="single" w:sz="8" w:space="0" w:color="C9D2D9"/>
              <w:right w:val="single" w:sz="8" w:space="0" w:color="C9D2D9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867EB8" w14:textId="77777777" w:rsidR="003C07A4" w:rsidRDefault="00A96520">
            <w:pPr>
              <w:spacing w:before="20" w:after="20" w:line="252" w:lineRule="auto"/>
            </w:pPr>
            <w:r>
              <w:rPr>
                <w:sz w:val="20"/>
              </w:rPr>
              <w:t>................................................................................................................</w:t>
            </w:r>
          </w:p>
        </w:tc>
      </w:tr>
    </w:tbl>
    <w:p w14:paraId="56C79AF0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C07A4" w14:paraId="21B24446" w14:textId="77777777">
        <w:trPr>
          <w:cantSplit/>
          <w:jc w:val="center"/>
        </w:trPr>
        <w:tc>
          <w:tcPr>
            <w:tcW w:w="9866" w:type="dxa"/>
            <w:tcBorders>
              <w:top w:val="single" w:sz="8" w:space="0" w:color="D5DCE2"/>
              <w:left w:val="single" w:sz="8" w:space="0" w:color="D5DCE2"/>
              <w:bottom w:val="single" w:sz="8" w:space="0" w:color="D5DCE2"/>
              <w:right w:val="single" w:sz="8" w:space="0" w:color="D5DCE2"/>
            </w:tcBorders>
            <w:shd w:val="clear" w:color="auto" w:fill="F4F7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8FCCD8" w14:textId="77777777" w:rsidR="003C07A4" w:rsidRDefault="00A96520">
            <w:pPr>
              <w:spacing w:before="40" w:after="40"/>
            </w:pPr>
            <w:r>
              <w:rPr>
                <w:color w:val="44546A"/>
                <w:sz w:val="20"/>
              </w:rPr>
              <w:t xml:space="preserve">Merci. Ce document vise à </w:t>
            </w:r>
            <w:proofErr w:type="spellStart"/>
            <w:r>
              <w:rPr>
                <w:color w:val="44546A"/>
                <w:sz w:val="20"/>
              </w:rPr>
              <w:t>préparer</w:t>
            </w:r>
            <w:proofErr w:type="spellEnd"/>
            <w:r>
              <w:rPr>
                <w:color w:val="44546A"/>
                <w:sz w:val="20"/>
              </w:rPr>
              <w:t xml:space="preserve"> la consultation, à </w:t>
            </w:r>
            <w:proofErr w:type="spellStart"/>
            <w:r>
              <w:rPr>
                <w:color w:val="44546A"/>
                <w:sz w:val="20"/>
              </w:rPr>
              <w:t>éviter</w:t>
            </w:r>
            <w:proofErr w:type="spellEnd"/>
            <w:r>
              <w:rPr>
                <w:color w:val="44546A"/>
                <w:sz w:val="20"/>
              </w:rPr>
              <w:t xml:space="preserve"> des </w:t>
            </w:r>
            <w:proofErr w:type="spellStart"/>
            <w:r>
              <w:rPr>
                <w:color w:val="44546A"/>
                <w:sz w:val="20"/>
              </w:rPr>
              <w:t>oublis</w:t>
            </w:r>
            <w:proofErr w:type="spellEnd"/>
            <w:r>
              <w:rPr>
                <w:color w:val="44546A"/>
                <w:sz w:val="20"/>
              </w:rPr>
              <w:t xml:space="preserve"> et à </w:t>
            </w:r>
            <w:proofErr w:type="spellStart"/>
            <w:r>
              <w:rPr>
                <w:color w:val="44546A"/>
                <w:sz w:val="20"/>
              </w:rPr>
              <w:t>mieux</w:t>
            </w:r>
            <w:proofErr w:type="spellEnd"/>
            <w:r>
              <w:rPr>
                <w:color w:val="44546A"/>
                <w:sz w:val="20"/>
              </w:rPr>
              <w:t xml:space="preserve"> </w:t>
            </w:r>
            <w:proofErr w:type="spellStart"/>
            <w:r>
              <w:rPr>
                <w:color w:val="44546A"/>
                <w:sz w:val="20"/>
              </w:rPr>
              <w:t>cibler</w:t>
            </w:r>
            <w:proofErr w:type="spellEnd"/>
            <w:r>
              <w:rPr>
                <w:color w:val="44546A"/>
                <w:sz w:val="20"/>
              </w:rPr>
              <w:t xml:space="preserve"> les documents </w:t>
            </w:r>
            <w:proofErr w:type="spellStart"/>
            <w:r>
              <w:rPr>
                <w:color w:val="44546A"/>
                <w:sz w:val="20"/>
              </w:rPr>
              <w:t>utiles</w:t>
            </w:r>
            <w:proofErr w:type="spellEnd"/>
            <w:r>
              <w:rPr>
                <w:color w:val="44546A"/>
                <w:sz w:val="20"/>
              </w:rPr>
              <w:t xml:space="preserve"> avant le </w:t>
            </w:r>
            <w:proofErr w:type="spellStart"/>
            <w:r>
              <w:rPr>
                <w:color w:val="44546A"/>
                <w:sz w:val="20"/>
              </w:rPr>
              <w:t>rendez</w:t>
            </w:r>
            <w:proofErr w:type="spellEnd"/>
            <w:r>
              <w:rPr>
                <w:color w:val="44546A"/>
                <w:sz w:val="20"/>
              </w:rPr>
              <w:t>-vous.</w:t>
            </w:r>
          </w:p>
        </w:tc>
      </w:tr>
    </w:tbl>
    <w:p w14:paraId="4EF2080C" w14:textId="77777777" w:rsidR="003C07A4" w:rsidRDefault="003C07A4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3C07A4" w14:paraId="3FD88DC0" w14:textId="77777777">
        <w:trPr>
          <w:cantSplit/>
          <w:jc w:val="center"/>
        </w:trPr>
        <w:tc>
          <w:tcPr>
            <w:tcW w:w="9866" w:type="dxa"/>
            <w:tcBorders>
              <w:top w:val="single" w:sz="10" w:space="0" w:color="B7CDE2"/>
              <w:left w:val="single" w:sz="10" w:space="0" w:color="B7CDE2"/>
              <w:bottom w:val="single" w:sz="10" w:space="0" w:color="B7CDE2"/>
              <w:right w:val="single" w:sz="10" w:space="0" w:color="B7CDE2"/>
            </w:tcBorders>
            <w:shd w:val="clear" w:color="auto" w:fill="DC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2B8D4D" w14:textId="77777777" w:rsidR="003C07A4" w:rsidRDefault="00A96520">
            <w:pPr>
              <w:spacing w:before="20" w:after="20"/>
            </w:pPr>
            <w:proofErr w:type="spellStart"/>
            <w:r>
              <w:rPr>
                <w:b/>
                <w:color w:val="1F4E79"/>
                <w:sz w:val="23"/>
              </w:rPr>
              <w:t>Annexe</w:t>
            </w:r>
            <w:proofErr w:type="spellEnd"/>
            <w:r>
              <w:rPr>
                <w:b/>
                <w:color w:val="1F4E79"/>
                <w:sz w:val="23"/>
              </w:rPr>
              <w:t xml:space="preserve"> - </w:t>
            </w:r>
            <w:proofErr w:type="spellStart"/>
            <w:r>
              <w:rPr>
                <w:b/>
                <w:color w:val="1F4E79"/>
                <w:sz w:val="23"/>
              </w:rPr>
              <w:t>Historique</w:t>
            </w:r>
            <w:proofErr w:type="spellEnd"/>
            <w:r>
              <w:rPr>
                <w:b/>
                <w:color w:val="1F4E79"/>
                <w:sz w:val="23"/>
              </w:rPr>
              <w:t xml:space="preserve"> de </w:t>
            </w:r>
            <w:proofErr w:type="spellStart"/>
            <w:r>
              <w:rPr>
                <w:b/>
                <w:color w:val="1F4E79"/>
                <w:sz w:val="23"/>
              </w:rPr>
              <w:t>croissance</w:t>
            </w:r>
            <w:proofErr w:type="spellEnd"/>
            <w:r>
              <w:rPr>
                <w:b/>
                <w:color w:val="1F4E79"/>
                <w:sz w:val="23"/>
              </w:rPr>
              <w:t xml:space="preserve"> à </w:t>
            </w:r>
            <w:proofErr w:type="spellStart"/>
            <w:r>
              <w:rPr>
                <w:b/>
                <w:color w:val="1F4E79"/>
                <w:sz w:val="23"/>
              </w:rPr>
              <w:t>recopier</w:t>
            </w:r>
            <w:proofErr w:type="spellEnd"/>
            <w:r>
              <w:rPr>
                <w:b/>
                <w:color w:val="1F4E79"/>
                <w:sz w:val="23"/>
              </w:rPr>
              <w:t xml:space="preserve"> </w:t>
            </w:r>
            <w:proofErr w:type="spellStart"/>
            <w:r>
              <w:rPr>
                <w:b/>
                <w:color w:val="1F4E79"/>
                <w:sz w:val="23"/>
              </w:rPr>
              <w:t>si</w:t>
            </w:r>
            <w:proofErr w:type="spellEnd"/>
            <w:r>
              <w:rPr>
                <w:b/>
                <w:color w:val="1F4E79"/>
                <w:sz w:val="23"/>
              </w:rPr>
              <w:t xml:space="preserve"> vous </w:t>
            </w:r>
            <w:proofErr w:type="spellStart"/>
            <w:r>
              <w:rPr>
                <w:b/>
                <w:color w:val="1F4E79"/>
                <w:sz w:val="23"/>
              </w:rPr>
              <w:t>disposez</w:t>
            </w:r>
            <w:proofErr w:type="spellEnd"/>
            <w:r>
              <w:rPr>
                <w:b/>
                <w:color w:val="1F4E79"/>
                <w:sz w:val="23"/>
              </w:rPr>
              <w:t xml:space="preserve"> de </w:t>
            </w:r>
            <w:proofErr w:type="spellStart"/>
            <w:r>
              <w:rPr>
                <w:b/>
                <w:color w:val="1F4E79"/>
                <w:sz w:val="23"/>
              </w:rPr>
              <w:t>plusieurs</w:t>
            </w:r>
            <w:proofErr w:type="spellEnd"/>
            <w:r>
              <w:rPr>
                <w:b/>
                <w:color w:val="1F4E79"/>
                <w:sz w:val="23"/>
              </w:rPr>
              <w:t xml:space="preserve"> </w:t>
            </w:r>
            <w:proofErr w:type="spellStart"/>
            <w:r>
              <w:rPr>
                <w:b/>
                <w:color w:val="1F4E79"/>
                <w:sz w:val="23"/>
              </w:rPr>
              <w:t>mesures</w:t>
            </w:r>
            <w:proofErr w:type="spellEnd"/>
          </w:p>
        </w:tc>
      </w:tr>
      <w:tr w:rsidR="003C07A4" w14:paraId="5C941829" w14:textId="77777777">
        <w:trPr>
          <w:cantSplit/>
          <w:jc w:val="center"/>
        </w:trPr>
        <w:tc>
          <w:tcPr>
            <w:tcW w:w="9866" w:type="dxa"/>
            <w:tcBorders>
              <w:top w:val="single" w:sz="8" w:space="0" w:color="D5DCE2"/>
              <w:left w:val="single" w:sz="8" w:space="0" w:color="D5DCE2"/>
              <w:bottom w:val="single" w:sz="8" w:space="0" w:color="D5DCE2"/>
              <w:right w:val="single" w:sz="8" w:space="0" w:color="D5DCE2"/>
            </w:tcBorders>
            <w:shd w:val="clear" w:color="auto" w:fill="F4F7F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C2E33A" w14:textId="77777777" w:rsidR="003C07A4" w:rsidRDefault="00A96520">
            <w:r>
              <w:t xml:space="preserve">Merci </w:t>
            </w:r>
            <w:proofErr w:type="spellStart"/>
            <w:r>
              <w:t>d'indiquer</w:t>
            </w:r>
            <w:proofErr w:type="spellEnd"/>
            <w:r>
              <w:t xml:space="preserve"> les </w:t>
            </w:r>
            <w:proofErr w:type="spellStart"/>
            <w:r>
              <w:t>dernières</w:t>
            </w:r>
            <w:proofErr w:type="spellEnd"/>
            <w:r>
              <w:t xml:space="preserve"> </w:t>
            </w:r>
            <w:proofErr w:type="spellStart"/>
            <w:r>
              <w:t>mesures</w:t>
            </w:r>
            <w:proofErr w:type="spellEnd"/>
            <w:r>
              <w:t xml:space="preserve"> </w:t>
            </w:r>
            <w:proofErr w:type="spellStart"/>
            <w:r>
              <w:t>connues</w:t>
            </w:r>
            <w:proofErr w:type="spellEnd"/>
            <w:r>
              <w:t xml:space="preserve">, </w:t>
            </w:r>
            <w:proofErr w:type="spellStart"/>
            <w:r>
              <w:t>idéalement</w:t>
            </w:r>
            <w:proofErr w:type="spellEnd"/>
            <w:r>
              <w:t xml:space="preserve"> </w:t>
            </w:r>
            <w:proofErr w:type="spellStart"/>
            <w:r>
              <w:t>prises</w:t>
            </w:r>
            <w:proofErr w:type="spellEnd"/>
            <w:r>
              <w:t xml:space="preserve"> par un </w:t>
            </w:r>
            <w:proofErr w:type="spellStart"/>
            <w:r>
              <w:t>professionnel</w:t>
            </w:r>
            <w:proofErr w:type="spellEnd"/>
            <w:r>
              <w:t xml:space="preserve"> de santé. Si </w:t>
            </w:r>
            <w:proofErr w:type="spellStart"/>
            <w:r>
              <w:t>l'enfant</w:t>
            </w:r>
            <w:proofErr w:type="spellEnd"/>
            <w:r>
              <w:t xml:space="preserve"> a </w:t>
            </w:r>
            <w:proofErr w:type="spellStart"/>
            <w:r>
              <w:t>moins</w:t>
            </w:r>
            <w:proofErr w:type="spellEnd"/>
            <w:r>
              <w:t xml:space="preserve"> de 2 </w:t>
            </w:r>
            <w:proofErr w:type="spellStart"/>
            <w:r>
              <w:t>ans</w:t>
            </w:r>
            <w:proofErr w:type="spellEnd"/>
            <w:r>
              <w:t xml:space="preserve">, noter </w:t>
            </w:r>
            <w:proofErr w:type="spellStart"/>
            <w:r>
              <w:t>toutes</w:t>
            </w:r>
            <w:proofErr w:type="spellEnd"/>
            <w:r>
              <w:t xml:space="preserve"> les </w:t>
            </w:r>
            <w:proofErr w:type="spellStart"/>
            <w:r>
              <w:t>tailles</w:t>
            </w:r>
            <w:proofErr w:type="spellEnd"/>
            <w:r>
              <w:t xml:space="preserve">, </w:t>
            </w:r>
            <w:proofErr w:type="spellStart"/>
            <w:r>
              <w:t>poids</w:t>
            </w:r>
            <w:proofErr w:type="spellEnd"/>
            <w:r>
              <w:t xml:space="preserve"> et </w:t>
            </w:r>
            <w:proofErr w:type="spellStart"/>
            <w:r>
              <w:t>périmètres</w:t>
            </w:r>
            <w:proofErr w:type="spellEnd"/>
            <w:r>
              <w:t xml:space="preserve"> </w:t>
            </w:r>
            <w:proofErr w:type="spellStart"/>
            <w:r>
              <w:t>crâniens</w:t>
            </w:r>
            <w:proofErr w:type="spellEnd"/>
            <w:r>
              <w:t xml:space="preserve"> </w:t>
            </w:r>
            <w:proofErr w:type="spellStart"/>
            <w:r>
              <w:t>disponibles</w:t>
            </w:r>
            <w:proofErr w:type="spellEnd"/>
            <w:r>
              <w:t xml:space="preserve">. Si </w:t>
            </w:r>
            <w:proofErr w:type="spellStart"/>
            <w:r>
              <w:t>l'enfant</w:t>
            </w:r>
            <w:proofErr w:type="spellEnd"/>
            <w:r>
              <w:t xml:space="preserve"> a 2 </w:t>
            </w:r>
            <w:proofErr w:type="spellStart"/>
            <w:r>
              <w:t>ans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plus, noter </w:t>
            </w:r>
            <w:proofErr w:type="spellStart"/>
            <w:r>
              <w:t>si</w:t>
            </w:r>
            <w:proofErr w:type="spellEnd"/>
            <w:r>
              <w:t xml:space="preserve"> possible 2 à 3 </w:t>
            </w:r>
            <w:proofErr w:type="spellStart"/>
            <w:r>
              <w:t>mesures</w:t>
            </w:r>
            <w:proofErr w:type="spellEnd"/>
            <w:r>
              <w:t xml:space="preserve"> par an, </w:t>
            </w:r>
            <w:proofErr w:type="spellStart"/>
            <w:r>
              <w:t>espacées</w:t>
            </w:r>
            <w:proofErr w:type="spellEnd"/>
            <w:r>
              <w:t xml:space="preserve"> dans le temps.</w:t>
            </w:r>
          </w:p>
        </w:tc>
      </w:tr>
    </w:tbl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296"/>
        <w:gridCol w:w="1440"/>
        <w:gridCol w:w="1440"/>
        <w:gridCol w:w="1440"/>
        <w:gridCol w:w="2808"/>
      </w:tblGrid>
      <w:tr w:rsidR="003C07A4" w14:paraId="795DBA8C" w14:textId="77777777">
        <w:trPr>
          <w:jc w:val="center"/>
        </w:trPr>
        <w:tc>
          <w:tcPr>
            <w:tcW w:w="1440" w:type="dxa"/>
            <w:shd w:val="clear" w:color="auto" w:fill="D9E7F5"/>
            <w:vAlign w:val="center"/>
          </w:tcPr>
          <w:p w14:paraId="386FD2E8" w14:textId="77777777" w:rsidR="003C07A4" w:rsidRDefault="00A96520">
            <w:pPr>
              <w:spacing w:after="0"/>
              <w:jc w:val="center"/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296" w:type="dxa"/>
            <w:shd w:val="clear" w:color="auto" w:fill="D9E7F5"/>
            <w:vAlign w:val="center"/>
          </w:tcPr>
          <w:p w14:paraId="34FAEB58" w14:textId="77777777" w:rsidR="003C07A4" w:rsidRDefault="00A96520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Âge</w:t>
            </w:r>
            <w:proofErr w:type="spellEnd"/>
          </w:p>
        </w:tc>
        <w:tc>
          <w:tcPr>
            <w:tcW w:w="1440" w:type="dxa"/>
            <w:shd w:val="clear" w:color="auto" w:fill="D9E7F5"/>
            <w:vAlign w:val="center"/>
          </w:tcPr>
          <w:p w14:paraId="19235960" w14:textId="77777777" w:rsidR="003C07A4" w:rsidRDefault="00A96520">
            <w:pPr>
              <w:spacing w:after="0"/>
              <w:jc w:val="center"/>
            </w:pPr>
            <w:r>
              <w:rPr>
                <w:b/>
                <w:sz w:val="20"/>
              </w:rPr>
              <w:t>Taille (cm)</w:t>
            </w:r>
          </w:p>
        </w:tc>
        <w:tc>
          <w:tcPr>
            <w:tcW w:w="1440" w:type="dxa"/>
            <w:shd w:val="clear" w:color="auto" w:fill="D9E7F5"/>
            <w:vAlign w:val="center"/>
          </w:tcPr>
          <w:p w14:paraId="7C287982" w14:textId="77777777" w:rsidR="003C07A4" w:rsidRDefault="00A96520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Poids</w:t>
            </w:r>
            <w:proofErr w:type="spellEnd"/>
            <w:r>
              <w:rPr>
                <w:b/>
                <w:sz w:val="20"/>
              </w:rPr>
              <w:t xml:space="preserve"> (kg)</w:t>
            </w:r>
          </w:p>
        </w:tc>
        <w:tc>
          <w:tcPr>
            <w:tcW w:w="1440" w:type="dxa"/>
            <w:shd w:val="clear" w:color="auto" w:fill="D9E7F5"/>
            <w:vAlign w:val="center"/>
          </w:tcPr>
          <w:p w14:paraId="37CA74ED" w14:textId="77777777" w:rsidR="003C07A4" w:rsidRDefault="00A9652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PC (&lt; 2 </w:t>
            </w:r>
            <w:proofErr w:type="spellStart"/>
            <w:r>
              <w:rPr>
                <w:b/>
                <w:sz w:val="20"/>
              </w:rPr>
              <w:t>ans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808" w:type="dxa"/>
            <w:shd w:val="clear" w:color="auto" w:fill="D9E7F5"/>
            <w:vAlign w:val="center"/>
          </w:tcPr>
          <w:p w14:paraId="6CF475F2" w14:textId="77777777" w:rsidR="003C07A4" w:rsidRDefault="00A96520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Commentaire</w:t>
            </w:r>
            <w:proofErr w:type="spellEnd"/>
          </w:p>
        </w:tc>
      </w:tr>
      <w:tr w:rsidR="003C07A4" w14:paraId="02631FEE" w14:textId="77777777">
        <w:trPr>
          <w:jc w:val="center"/>
        </w:trPr>
        <w:tc>
          <w:tcPr>
            <w:tcW w:w="1440" w:type="dxa"/>
            <w:vAlign w:val="center"/>
          </w:tcPr>
          <w:p w14:paraId="1BCA93F5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459AE4A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2430C3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139B975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E8C9EE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53B92F94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744BB6B3" w14:textId="77777777">
        <w:trPr>
          <w:jc w:val="center"/>
        </w:trPr>
        <w:tc>
          <w:tcPr>
            <w:tcW w:w="1440" w:type="dxa"/>
            <w:vAlign w:val="center"/>
          </w:tcPr>
          <w:p w14:paraId="2FCC94C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56753DD0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AD12E0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75DF97BC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DCCF55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5AEDEA8B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652ADBD4" w14:textId="77777777">
        <w:trPr>
          <w:jc w:val="center"/>
        </w:trPr>
        <w:tc>
          <w:tcPr>
            <w:tcW w:w="1440" w:type="dxa"/>
            <w:vAlign w:val="center"/>
          </w:tcPr>
          <w:p w14:paraId="17ACF9E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61FCA72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4A65E6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D7FCB2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AA1E3D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0FAFC525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13D92776" w14:textId="77777777">
        <w:trPr>
          <w:jc w:val="center"/>
        </w:trPr>
        <w:tc>
          <w:tcPr>
            <w:tcW w:w="1440" w:type="dxa"/>
            <w:vAlign w:val="center"/>
          </w:tcPr>
          <w:p w14:paraId="3840477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15031001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189B36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0AB55E3A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AEC93A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10EA9EC2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75A49B66" w14:textId="77777777">
        <w:trPr>
          <w:jc w:val="center"/>
        </w:trPr>
        <w:tc>
          <w:tcPr>
            <w:tcW w:w="1440" w:type="dxa"/>
            <w:vAlign w:val="center"/>
          </w:tcPr>
          <w:p w14:paraId="0CCB891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7756620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7FAEB3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001DE2C4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591278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7CA589CE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258251F1" w14:textId="77777777">
        <w:trPr>
          <w:jc w:val="center"/>
        </w:trPr>
        <w:tc>
          <w:tcPr>
            <w:tcW w:w="1440" w:type="dxa"/>
            <w:vAlign w:val="center"/>
          </w:tcPr>
          <w:p w14:paraId="46EA9C4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317B26B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C8A08A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67B19B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B96E8B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576A566C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39EFD0D1" w14:textId="77777777">
        <w:trPr>
          <w:jc w:val="center"/>
        </w:trPr>
        <w:tc>
          <w:tcPr>
            <w:tcW w:w="1440" w:type="dxa"/>
            <w:vAlign w:val="center"/>
          </w:tcPr>
          <w:p w14:paraId="138E42D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53A65BF0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021E460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F42F6B7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6FF9B07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76EB3F7F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6E25F5EA" w14:textId="77777777">
        <w:trPr>
          <w:jc w:val="center"/>
        </w:trPr>
        <w:tc>
          <w:tcPr>
            <w:tcW w:w="1440" w:type="dxa"/>
            <w:vAlign w:val="center"/>
          </w:tcPr>
          <w:p w14:paraId="402AA82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3F8101C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32D4E6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0C25F14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6A70B0A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715F3FF8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42229C2C" w14:textId="77777777">
        <w:trPr>
          <w:jc w:val="center"/>
        </w:trPr>
        <w:tc>
          <w:tcPr>
            <w:tcW w:w="1440" w:type="dxa"/>
            <w:vAlign w:val="center"/>
          </w:tcPr>
          <w:p w14:paraId="415816B5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6B6BEB9A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63A689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9CAFCD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B5370D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7B1DD288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5834FF32" w14:textId="77777777">
        <w:trPr>
          <w:jc w:val="center"/>
        </w:trPr>
        <w:tc>
          <w:tcPr>
            <w:tcW w:w="1440" w:type="dxa"/>
            <w:vAlign w:val="center"/>
          </w:tcPr>
          <w:p w14:paraId="44CE2C0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347D20C1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F5E55C5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10D2F40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1DA651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02642D93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</w:tbl>
    <w:p w14:paraId="042F141C" w14:textId="77777777" w:rsidR="003C07A4" w:rsidRDefault="00A96520">
      <w:pPr>
        <w:spacing w:before="40" w:after="40"/>
      </w:pPr>
      <w:proofErr w:type="spellStart"/>
      <w:r>
        <w:rPr>
          <w:b/>
          <w:sz w:val="24"/>
        </w:rPr>
        <w:t>Historique</w:t>
      </w:r>
      <w:proofErr w:type="spellEnd"/>
      <w:r>
        <w:rPr>
          <w:b/>
          <w:sz w:val="24"/>
        </w:rPr>
        <w:t xml:space="preserve"> de </w:t>
      </w:r>
      <w:proofErr w:type="spellStart"/>
      <w:r>
        <w:rPr>
          <w:b/>
          <w:sz w:val="24"/>
        </w:rPr>
        <w:t>croissance</w:t>
      </w:r>
      <w:proofErr w:type="spellEnd"/>
      <w:r>
        <w:rPr>
          <w:b/>
          <w:sz w:val="24"/>
        </w:rPr>
        <w:t xml:space="preserve"> (suite)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1296"/>
        <w:gridCol w:w="1440"/>
        <w:gridCol w:w="1440"/>
        <w:gridCol w:w="1440"/>
        <w:gridCol w:w="2808"/>
      </w:tblGrid>
      <w:tr w:rsidR="003C07A4" w14:paraId="2E25CC26" w14:textId="77777777">
        <w:trPr>
          <w:jc w:val="center"/>
        </w:trPr>
        <w:tc>
          <w:tcPr>
            <w:tcW w:w="1440" w:type="dxa"/>
            <w:shd w:val="clear" w:color="auto" w:fill="D9E7F5"/>
            <w:vAlign w:val="center"/>
          </w:tcPr>
          <w:p w14:paraId="1D2332B7" w14:textId="77777777" w:rsidR="003C07A4" w:rsidRDefault="00A96520">
            <w:pPr>
              <w:spacing w:after="0"/>
              <w:jc w:val="center"/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1296" w:type="dxa"/>
            <w:shd w:val="clear" w:color="auto" w:fill="D9E7F5"/>
            <w:vAlign w:val="center"/>
          </w:tcPr>
          <w:p w14:paraId="6A5D6753" w14:textId="77777777" w:rsidR="003C07A4" w:rsidRDefault="00A96520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Âge</w:t>
            </w:r>
            <w:proofErr w:type="spellEnd"/>
          </w:p>
        </w:tc>
        <w:tc>
          <w:tcPr>
            <w:tcW w:w="1440" w:type="dxa"/>
            <w:shd w:val="clear" w:color="auto" w:fill="D9E7F5"/>
            <w:vAlign w:val="center"/>
          </w:tcPr>
          <w:p w14:paraId="1C51DAFC" w14:textId="77777777" w:rsidR="003C07A4" w:rsidRDefault="00A96520">
            <w:pPr>
              <w:spacing w:after="0"/>
              <w:jc w:val="center"/>
            </w:pPr>
            <w:r>
              <w:rPr>
                <w:b/>
                <w:sz w:val="20"/>
              </w:rPr>
              <w:t>Taille (cm)</w:t>
            </w:r>
          </w:p>
        </w:tc>
        <w:tc>
          <w:tcPr>
            <w:tcW w:w="1440" w:type="dxa"/>
            <w:shd w:val="clear" w:color="auto" w:fill="D9E7F5"/>
            <w:vAlign w:val="center"/>
          </w:tcPr>
          <w:p w14:paraId="0B4AA461" w14:textId="77777777" w:rsidR="003C07A4" w:rsidRDefault="00A96520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Poids</w:t>
            </w:r>
            <w:proofErr w:type="spellEnd"/>
            <w:r>
              <w:rPr>
                <w:b/>
                <w:sz w:val="20"/>
              </w:rPr>
              <w:t xml:space="preserve"> (kg)</w:t>
            </w:r>
          </w:p>
        </w:tc>
        <w:tc>
          <w:tcPr>
            <w:tcW w:w="1440" w:type="dxa"/>
            <w:shd w:val="clear" w:color="auto" w:fill="D9E7F5"/>
            <w:vAlign w:val="center"/>
          </w:tcPr>
          <w:p w14:paraId="4990E4DF" w14:textId="77777777" w:rsidR="003C07A4" w:rsidRDefault="00A96520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PC (&lt; 2 </w:t>
            </w:r>
            <w:proofErr w:type="spellStart"/>
            <w:r>
              <w:rPr>
                <w:b/>
                <w:sz w:val="20"/>
              </w:rPr>
              <w:t>ans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2808" w:type="dxa"/>
            <w:shd w:val="clear" w:color="auto" w:fill="D9E7F5"/>
            <w:vAlign w:val="center"/>
          </w:tcPr>
          <w:p w14:paraId="56A90B5D" w14:textId="77777777" w:rsidR="003C07A4" w:rsidRDefault="00A96520">
            <w:pPr>
              <w:spacing w:after="0"/>
              <w:jc w:val="center"/>
            </w:pPr>
            <w:proofErr w:type="spellStart"/>
            <w:r>
              <w:rPr>
                <w:b/>
                <w:sz w:val="20"/>
              </w:rPr>
              <w:t>Commentaire</w:t>
            </w:r>
            <w:proofErr w:type="spellEnd"/>
          </w:p>
        </w:tc>
      </w:tr>
      <w:tr w:rsidR="003C07A4" w14:paraId="03D3C1EC" w14:textId="77777777">
        <w:trPr>
          <w:jc w:val="center"/>
        </w:trPr>
        <w:tc>
          <w:tcPr>
            <w:tcW w:w="1440" w:type="dxa"/>
            <w:vAlign w:val="center"/>
          </w:tcPr>
          <w:p w14:paraId="7B158DB7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04EAA35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889E04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C6D03A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D3279BC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3474E722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4CB6B8FD" w14:textId="77777777">
        <w:trPr>
          <w:jc w:val="center"/>
        </w:trPr>
        <w:tc>
          <w:tcPr>
            <w:tcW w:w="1440" w:type="dxa"/>
            <w:vAlign w:val="center"/>
          </w:tcPr>
          <w:p w14:paraId="6DC3218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71EAD524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8FFCBD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83B4055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41FDF2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15C1F3E8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5AA76855" w14:textId="77777777">
        <w:trPr>
          <w:jc w:val="center"/>
        </w:trPr>
        <w:tc>
          <w:tcPr>
            <w:tcW w:w="1440" w:type="dxa"/>
            <w:vAlign w:val="center"/>
          </w:tcPr>
          <w:p w14:paraId="18E3941C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6DB5B39C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EB865C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32551B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9BDC6C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407EC70F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45ECC2F0" w14:textId="77777777">
        <w:trPr>
          <w:jc w:val="center"/>
        </w:trPr>
        <w:tc>
          <w:tcPr>
            <w:tcW w:w="1440" w:type="dxa"/>
            <w:vAlign w:val="center"/>
          </w:tcPr>
          <w:p w14:paraId="635A7592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205D431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4E2EBF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0084630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71D84275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107A7BD1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3667CDF0" w14:textId="77777777">
        <w:trPr>
          <w:jc w:val="center"/>
        </w:trPr>
        <w:tc>
          <w:tcPr>
            <w:tcW w:w="1440" w:type="dxa"/>
            <w:vAlign w:val="center"/>
          </w:tcPr>
          <w:p w14:paraId="26FF4C01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2B137B8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57700F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16C3D5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07B503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65C0F444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32766A97" w14:textId="77777777">
        <w:trPr>
          <w:jc w:val="center"/>
        </w:trPr>
        <w:tc>
          <w:tcPr>
            <w:tcW w:w="1440" w:type="dxa"/>
            <w:vAlign w:val="center"/>
          </w:tcPr>
          <w:p w14:paraId="475445F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070D8734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2D088147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A543ACA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C60217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1EF1848A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653579BF" w14:textId="77777777">
        <w:trPr>
          <w:jc w:val="center"/>
        </w:trPr>
        <w:tc>
          <w:tcPr>
            <w:tcW w:w="1440" w:type="dxa"/>
            <w:vAlign w:val="center"/>
          </w:tcPr>
          <w:p w14:paraId="03E3EF2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5A59C1B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06A806C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0CD8660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77A8F43A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27AE4FBB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5A2CB568" w14:textId="77777777">
        <w:trPr>
          <w:jc w:val="center"/>
        </w:trPr>
        <w:tc>
          <w:tcPr>
            <w:tcW w:w="1440" w:type="dxa"/>
            <w:vAlign w:val="center"/>
          </w:tcPr>
          <w:p w14:paraId="4F8C72CC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5A1CD0DA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E8525BF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7505CF1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7AE6F38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091A89FF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5DC17085" w14:textId="77777777">
        <w:trPr>
          <w:jc w:val="center"/>
        </w:trPr>
        <w:tc>
          <w:tcPr>
            <w:tcW w:w="1440" w:type="dxa"/>
            <w:vAlign w:val="center"/>
          </w:tcPr>
          <w:p w14:paraId="00383259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06F0327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7CCA033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102AA9C0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4FBEDE26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685D48DF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3C07A4" w14:paraId="70657A85" w14:textId="77777777">
        <w:trPr>
          <w:jc w:val="center"/>
        </w:trPr>
        <w:tc>
          <w:tcPr>
            <w:tcW w:w="1440" w:type="dxa"/>
            <w:vAlign w:val="center"/>
          </w:tcPr>
          <w:p w14:paraId="61069287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296" w:type="dxa"/>
            <w:vAlign w:val="center"/>
          </w:tcPr>
          <w:p w14:paraId="54303AAE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594805CB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3B131BC1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1440" w:type="dxa"/>
            <w:vAlign w:val="center"/>
          </w:tcPr>
          <w:p w14:paraId="671CA13D" w14:textId="77777777" w:rsidR="003C07A4" w:rsidRDefault="00A96520">
            <w:pPr>
              <w:spacing w:after="0"/>
              <w:jc w:val="center"/>
            </w:pPr>
            <w:r>
              <w:rPr>
                <w:sz w:val="20"/>
              </w:rPr>
              <w:t>..............</w:t>
            </w:r>
          </w:p>
        </w:tc>
        <w:tc>
          <w:tcPr>
            <w:tcW w:w="2808" w:type="dxa"/>
            <w:vAlign w:val="center"/>
          </w:tcPr>
          <w:p w14:paraId="5062911A" w14:textId="77777777" w:rsidR="003C07A4" w:rsidRDefault="00A96520">
            <w:pPr>
              <w:spacing w:after="0"/>
            </w:pPr>
            <w:r>
              <w:rPr>
                <w:sz w:val="20"/>
              </w:rPr>
              <w:t>........................</w:t>
            </w:r>
          </w:p>
        </w:tc>
      </w:tr>
      <w:tr w:rsidR="00A74B21" w14:paraId="5584E555" w14:textId="77777777">
        <w:trPr>
          <w:jc w:val="center"/>
        </w:trPr>
        <w:tc>
          <w:tcPr>
            <w:tcW w:w="1440" w:type="dxa"/>
            <w:vAlign w:val="center"/>
          </w:tcPr>
          <w:p w14:paraId="611481FE" w14:textId="77777777" w:rsidR="00A74B21" w:rsidRDefault="00A74B21">
            <w:pPr>
              <w:spacing w:after="0"/>
              <w:jc w:val="center"/>
              <w:rPr>
                <w:sz w:val="20"/>
              </w:rPr>
            </w:pPr>
          </w:p>
          <w:p w14:paraId="03A874DC" w14:textId="6ACBCDDB" w:rsidR="00A74B21" w:rsidRDefault="00A74B21" w:rsidP="00A74B21">
            <w:pPr>
              <w:spacing w:after="0"/>
              <w:rPr>
                <w:sz w:val="20"/>
              </w:rPr>
            </w:pPr>
          </w:p>
        </w:tc>
        <w:tc>
          <w:tcPr>
            <w:tcW w:w="1296" w:type="dxa"/>
            <w:vAlign w:val="center"/>
          </w:tcPr>
          <w:p w14:paraId="7097DFA8" w14:textId="77777777" w:rsidR="00A74B21" w:rsidRDefault="00A74B21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D6C11AB" w14:textId="77777777" w:rsidR="00A74B21" w:rsidRDefault="00A74B21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40" w:type="dxa"/>
            <w:vAlign w:val="center"/>
          </w:tcPr>
          <w:p w14:paraId="05EE7450" w14:textId="77777777" w:rsidR="00A74B21" w:rsidRDefault="00A74B21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440" w:type="dxa"/>
            <w:vAlign w:val="center"/>
          </w:tcPr>
          <w:p w14:paraId="27F0D477" w14:textId="77777777" w:rsidR="00A74B21" w:rsidRDefault="00A74B21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08" w:type="dxa"/>
            <w:vAlign w:val="center"/>
          </w:tcPr>
          <w:p w14:paraId="5D13A3EF" w14:textId="77777777" w:rsidR="00A74B21" w:rsidRDefault="00A74B21">
            <w:pPr>
              <w:spacing w:after="0"/>
              <w:rPr>
                <w:sz w:val="20"/>
              </w:rPr>
            </w:pPr>
          </w:p>
        </w:tc>
      </w:tr>
    </w:tbl>
    <w:p w14:paraId="001A25A0" w14:textId="063885CF" w:rsidR="00744E06" w:rsidRDefault="00744E06"/>
    <w:p w14:paraId="4171F96A" w14:textId="4C7A3F95" w:rsidR="00A74B21" w:rsidRDefault="00A74B21"/>
    <w:p w14:paraId="08E61C70" w14:textId="7EDD97FA" w:rsidR="00A74B21" w:rsidRDefault="00A74B21"/>
    <w:p w14:paraId="161C40DE" w14:textId="54F13F9E" w:rsidR="00A74B21" w:rsidRDefault="00A74B21"/>
    <w:sectPr w:rsidR="00A74B21" w:rsidSect="00034616">
      <w:headerReference w:type="default" r:id="rId10"/>
      <w:footerReference w:type="default" r:id="rId11"/>
      <w:pgSz w:w="11906" w:h="16838"/>
      <w:pgMar w:top="850" w:right="1020" w:bottom="850" w:left="1020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9CEC6" w14:textId="77777777" w:rsidR="003338FE" w:rsidRDefault="003338FE">
      <w:pPr>
        <w:spacing w:after="0" w:line="240" w:lineRule="auto"/>
      </w:pPr>
      <w:r>
        <w:separator/>
      </w:r>
    </w:p>
  </w:endnote>
  <w:endnote w:type="continuationSeparator" w:id="0">
    <w:p w14:paraId="22E075D1" w14:textId="77777777" w:rsidR="003338FE" w:rsidRDefault="00333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7D77" w14:textId="77777777" w:rsidR="003C07A4" w:rsidRDefault="00A96520">
    <w:pPr>
      <w:jc w:val="center"/>
    </w:pPr>
    <w:r>
      <w:rPr>
        <w:color w:val="5A5A5A"/>
        <w:sz w:val="18"/>
      </w:rPr>
      <w:t xml:space="preserve">CHU UCL Namur – </w:t>
    </w:r>
    <w:proofErr w:type="spellStart"/>
    <w:r>
      <w:rPr>
        <w:color w:val="5A5A5A"/>
        <w:sz w:val="18"/>
      </w:rPr>
      <w:t>Endocrinologie</w:t>
    </w:r>
    <w:proofErr w:type="spellEnd"/>
    <w:r>
      <w:rPr>
        <w:color w:val="5A5A5A"/>
        <w:sz w:val="18"/>
      </w:rPr>
      <w:t xml:space="preserve"> </w:t>
    </w:r>
    <w:proofErr w:type="spellStart"/>
    <w:r>
      <w:rPr>
        <w:color w:val="5A5A5A"/>
        <w:sz w:val="18"/>
      </w:rPr>
      <w:t>pédiatrique</w:t>
    </w:r>
    <w:proofErr w:type="spellEnd"/>
    <w:r>
      <w:rPr>
        <w:color w:val="5A5A5A"/>
        <w:sz w:val="18"/>
      </w:rPr>
      <w:t xml:space="preserve"> – Sites Godinne et CMSE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8E4CE" w14:textId="77777777" w:rsidR="003338FE" w:rsidRDefault="003338FE">
      <w:pPr>
        <w:spacing w:after="0" w:line="240" w:lineRule="auto"/>
      </w:pPr>
      <w:r>
        <w:separator/>
      </w:r>
    </w:p>
  </w:footnote>
  <w:footnote w:type="continuationSeparator" w:id="0">
    <w:p w14:paraId="51310321" w14:textId="77777777" w:rsidR="003338FE" w:rsidRDefault="00333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5443" w14:textId="77777777" w:rsidR="003C07A4" w:rsidRDefault="003C07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7095C37"/>
    <w:multiLevelType w:val="hybridMultilevel"/>
    <w:tmpl w:val="12FCD17E"/>
    <w:lvl w:ilvl="0" w:tplc="E0ACE21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45750">
    <w:abstractNumId w:val="8"/>
  </w:num>
  <w:num w:numId="2" w16cid:durableId="1353188750">
    <w:abstractNumId w:val="6"/>
  </w:num>
  <w:num w:numId="3" w16cid:durableId="1999652841">
    <w:abstractNumId w:val="5"/>
  </w:num>
  <w:num w:numId="4" w16cid:durableId="543758423">
    <w:abstractNumId w:val="4"/>
  </w:num>
  <w:num w:numId="5" w16cid:durableId="32073056">
    <w:abstractNumId w:val="7"/>
  </w:num>
  <w:num w:numId="6" w16cid:durableId="477697920">
    <w:abstractNumId w:val="3"/>
  </w:num>
  <w:num w:numId="7" w16cid:durableId="1465463129">
    <w:abstractNumId w:val="2"/>
  </w:num>
  <w:num w:numId="8" w16cid:durableId="819735310">
    <w:abstractNumId w:val="1"/>
  </w:num>
  <w:num w:numId="9" w16cid:durableId="188492153">
    <w:abstractNumId w:val="0"/>
  </w:num>
  <w:num w:numId="10" w16cid:durableId="4691771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027F"/>
    <w:rsid w:val="00034616"/>
    <w:rsid w:val="0006063C"/>
    <w:rsid w:val="0015074B"/>
    <w:rsid w:val="0029639D"/>
    <w:rsid w:val="002F7012"/>
    <w:rsid w:val="003224A5"/>
    <w:rsid w:val="00326F90"/>
    <w:rsid w:val="003338FE"/>
    <w:rsid w:val="003366DC"/>
    <w:rsid w:val="003A719E"/>
    <w:rsid w:val="003C07A4"/>
    <w:rsid w:val="003C7334"/>
    <w:rsid w:val="003E1ECC"/>
    <w:rsid w:val="00527316"/>
    <w:rsid w:val="00665166"/>
    <w:rsid w:val="00696CEC"/>
    <w:rsid w:val="00744E06"/>
    <w:rsid w:val="00935D56"/>
    <w:rsid w:val="00A74B21"/>
    <w:rsid w:val="00A96520"/>
    <w:rsid w:val="00AA1D8D"/>
    <w:rsid w:val="00B47730"/>
    <w:rsid w:val="00CB0664"/>
    <w:rsid w:val="00F71B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28225D"/>
  <w14:defaultImageDpi w14:val="300"/>
  <w15:docId w15:val="{4F93D312-9B0C-4576-8FA8-66C9BFF7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A74B2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4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t.pediatrie.se@chuuclnamur.uclouvain.b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etariat.pediatrie.g@chuuclnamur.uclouvain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2235</Words>
  <Characters>12295</Characters>
  <Application>Microsoft Office Word</Application>
  <DocSecurity>0</DocSecurity>
  <Lines>102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MARLET Sophie</cp:lastModifiedBy>
  <cp:revision>2</cp:revision>
  <dcterms:created xsi:type="dcterms:W3CDTF">2026-07-17T14:15:00Z</dcterms:created>
  <dcterms:modified xsi:type="dcterms:W3CDTF">2026-07-17T14:15:00Z</dcterms:modified>
  <cp:category/>
</cp:coreProperties>
</file>